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E0C77" w14:textId="2BB30A1B" w:rsidR="00A901FA" w:rsidRPr="00B440FD" w:rsidRDefault="00B440FD">
      <w:pPr>
        <w:spacing w:after="0"/>
        <w:jc w:val="center"/>
        <w:rPr>
          <w:rFonts w:ascii="標楷體" w:eastAsia="標楷體" w:hAnsi="標楷體"/>
          <w:sz w:val="40"/>
          <w:szCs w:val="40"/>
          <w:lang w:eastAsia="zh-TW"/>
        </w:rPr>
      </w:pPr>
      <w:r w:rsidRPr="00B440FD">
        <w:rPr>
          <w:rFonts w:ascii="標楷體" w:eastAsia="標楷體" w:hAnsi="標楷體"/>
          <w:b/>
          <w:sz w:val="40"/>
          <w:szCs w:val="40"/>
          <w:lang w:eastAsia="zh-TW"/>
        </w:rPr>
        <w:t>國立勤益科技大學</w:t>
      </w:r>
      <w:r w:rsidRPr="00B440FD">
        <w:rPr>
          <w:rFonts w:ascii="標楷體" w:eastAsia="標楷體" w:hAnsi="標楷體" w:hint="eastAsia"/>
          <w:b/>
          <w:sz w:val="40"/>
          <w:szCs w:val="40"/>
          <w:lang w:eastAsia="zh-TW"/>
        </w:rPr>
        <w:t xml:space="preserve"> </w:t>
      </w:r>
      <w:r w:rsidRPr="00B440FD">
        <w:rPr>
          <w:rFonts w:ascii="標楷體" w:eastAsia="標楷體" w:hAnsi="標楷體"/>
          <w:b/>
          <w:sz w:val="40"/>
          <w:szCs w:val="40"/>
          <w:lang w:eastAsia="zh-TW"/>
        </w:rPr>
        <w:t>冷凍空調與能源系</w:t>
      </w:r>
    </w:p>
    <w:p w14:paraId="0A012FA3" w14:textId="77777777" w:rsidR="00A901FA" w:rsidRPr="00B440FD" w:rsidRDefault="00B440FD">
      <w:pPr>
        <w:spacing w:after="120"/>
        <w:jc w:val="center"/>
        <w:rPr>
          <w:rFonts w:ascii="標楷體" w:eastAsia="標楷體" w:hAnsi="標楷體"/>
          <w:sz w:val="40"/>
          <w:szCs w:val="40"/>
          <w:lang w:eastAsia="zh-TW"/>
        </w:rPr>
      </w:pPr>
      <w:r w:rsidRPr="00B440FD">
        <w:rPr>
          <w:rFonts w:ascii="標楷體" w:eastAsia="標楷體" w:hAnsi="標楷體"/>
          <w:b/>
          <w:sz w:val="40"/>
          <w:szCs w:val="40"/>
          <w:lang w:eastAsia="zh-TW"/>
        </w:rPr>
        <w:t>專任教師應檢附文件及著作檢核表</w:t>
      </w:r>
    </w:p>
    <w:tbl>
      <w:tblPr>
        <w:tblStyle w:val="aff2"/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247"/>
        <w:gridCol w:w="3855"/>
        <w:gridCol w:w="1247"/>
        <w:gridCol w:w="3969"/>
      </w:tblGrid>
      <w:tr w:rsidR="00A901FA" w:rsidRPr="00B440FD" w14:paraId="7F9FF702" w14:textId="77777777">
        <w:trPr>
          <w:cantSplit/>
          <w:jc w:val="center"/>
        </w:trPr>
        <w:tc>
          <w:tcPr>
            <w:tcW w:w="1247" w:type="dxa"/>
            <w:shd w:val="clear" w:color="auto" w:fill="EDEDED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6A8D4419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B440FD">
              <w:rPr>
                <w:rFonts w:ascii="標楷體" w:eastAsia="標楷體" w:hAnsi="標楷體"/>
                <w:b/>
              </w:rPr>
              <w:t>應徵者姓名</w:t>
            </w:r>
            <w:proofErr w:type="spellEnd"/>
          </w:p>
        </w:tc>
        <w:tc>
          <w:tcPr>
            <w:tcW w:w="3855" w:type="dxa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87A62A6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shd w:val="clear" w:color="auto" w:fill="EDEDED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A2765E8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b/>
              </w:rPr>
              <w:t>聯絡電話</w:t>
            </w:r>
          </w:p>
        </w:tc>
        <w:tc>
          <w:tcPr>
            <w:tcW w:w="3969" w:type="dxa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47D2276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2FB854FA" w14:textId="77777777">
        <w:trPr>
          <w:cantSplit/>
          <w:jc w:val="center"/>
        </w:trPr>
        <w:tc>
          <w:tcPr>
            <w:tcW w:w="1247" w:type="dxa"/>
            <w:shd w:val="clear" w:color="auto" w:fill="EDEDED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6D40887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b/>
              </w:rPr>
              <w:t>電子信箱</w:t>
            </w:r>
          </w:p>
        </w:tc>
        <w:tc>
          <w:tcPr>
            <w:tcW w:w="3855" w:type="dxa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F58062B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shd w:val="clear" w:color="auto" w:fill="EDEDED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6EF1ABBC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b/>
              </w:rPr>
              <w:t>填表日期</w:t>
            </w:r>
          </w:p>
        </w:tc>
        <w:tc>
          <w:tcPr>
            <w:tcW w:w="3969" w:type="dxa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8563EE9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lang w:eastAsia="zh-TW"/>
              </w:rPr>
              <w:t>民國　　　年　　　月　　　日</w:t>
            </w:r>
          </w:p>
        </w:tc>
      </w:tr>
    </w:tbl>
    <w:p w14:paraId="4DA0B69D" w14:textId="77777777" w:rsidR="00A901FA" w:rsidRPr="00B440FD" w:rsidRDefault="00B440FD">
      <w:pPr>
        <w:spacing w:before="120" w:after="80"/>
        <w:rPr>
          <w:rFonts w:ascii="標楷體" w:eastAsia="標楷體" w:hAnsi="標楷體"/>
          <w:lang w:eastAsia="zh-TW"/>
        </w:rPr>
      </w:pPr>
      <w:r w:rsidRPr="00B440FD">
        <w:rPr>
          <w:rFonts w:ascii="標楷體" w:eastAsia="標楷體" w:hAnsi="標楷體"/>
          <w:b/>
          <w:lang w:eastAsia="zh-TW"/>
        </w:rPr>
        <w:t>填寫說明：</w:t>
      </w:r>
      <w:r w:rsidRPr="00B440FD">
        <w:rPr>
          <w:rFonts w:ascii="標楷體" w:eastAsia="標楷體" w:hAnsi="標楷體"/>
          <w:lang w:eastAsia="zh-TW"/>
        </w:rPr>
        <w:t>請依公告逐項檢核。標示「無則免附」之項目，若無相關資料可勾選免</w:t>
      </w:r>
      <w:proofErr w:type="gramStart"/>
      <w:r w:rsidRPr="00B440FD">
        <w:rPr>
          <w:rFonts w:ascii="標楷體" w:eastAsia="標楷體" w:hAnsi="標楷體"/>
          <w:lang w:eastAsia="zh-TW"/>
        </w:rPr>
        <w:t>附</w:t>
      </w:r>
      <w:proofErr w:type="gramEnd"/>
      <w:r w:rsidRPr="00B440FD">
        <w:rPr>
          <w:rFonts w:ascii="標楷體" w:eastAsia="標楷體" w:hAnsi="標楷體"/>
          <w:lang w:eastAsia="zh-TW"/>
        </w:rPr>
        <w:t>；其餘項目請確認已備妥。</w:t>
      </w:r>
    </w:p>
    <w:tbl>
      <w:tblPr>
        <w:tblStyle w:val="aff2"/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680"/>
        <w:gridCol w:w="5272"/>
        <w:gridCol w:w="1701"/>
        <w:gridCol w:w="1134"/>
        <w:gridCol w:w="1531"/>
      </w:tblGrid>
      <w:tr w:rsidR="00A901FA" w:rsidRPr="00B440FD" w14:paraId="499D1ED0" w14:textId="77777777">
        <w:trPr>
          <w:cantSplit/>
          <w:tblHeader/>
          <w:jc w:val="center"/>
        </w:trPr>
        <w:tc>
          <w:tcPr>
            <w:tcW w:w="680" w:type="dxa"/>
            <w:shd w:val="clear" w:color="auto" w:fill="D9EAF7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98A7CEE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B440FD">
              <w:rPr>
                <w:rFonts w:ascii="標楷體" w:eastAsia="標楷體" w:hAnsi="標楷體"/>
                <w:b/>
                <w:sz w:val="18"/>
              </w:rPr>
              <w:t>編號</w:t>
            </w:r>
            <w:proofErr w:type="spellEnd"/>
          </w:p>
        </w:tc>
        <w:tc>
          <w:tcPr>
            <w:tcW w:w="5272" w:type="dxa"/>
            <w:shd w:val="clear" w:color="auto" w:fill="D9EAF7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0E76C69" w14:textId="77777777" w:rsidR="00A901FA" w:rsidRPr="00B440FD" w:rsidRDefault="00B440F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b/>
                <w:sz w:val="18"/>
                <w:lang w:eastAsia="zh-TW"/>
              </w:rPr>
              <w:t>應檢附之文件及著作／報名程序</w:t>
            </w:r>
          </w:p>
        </w:tc>
        <w:tc>
          <w:tcPr>
            <w:tcW w:w="1701" w:type="dxa"/>
            <w:shd w:val="clear" w:color="auto" w:fill="D9EAF7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936C998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B440FD">
              <w:rPr>
                <w:rFonts w:ascii="標楷體" w:eastAsia="標楷體" w:hAnsi="標楷體"/>
                <w:b/>
                <w:sz w:val="18"/>
              </w:rPr>
              <w:t>應徵者自我檢核</w:t>
            </w:r>
            <w:proofErr w:type="spellEnd"/>
          </w:p>
        </w:tc>
        <w:tc>
          <w:tcPr>
            <w:tcW w:w="1134" w:type="dxa"/>
            <w:shd w:val="clear" w:color="auto" w:fill="D9EAF7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5E090B5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b/>
                <w:sz w:val="18"/>
              </w:rPr>
              <w:t>件數／份數</w:t>
            </w:r>
          </w:p>
        </w:tc>
        <w:tc>
          <w:tcPr>
            <w:tcW w:w="1531" w:type="dxa"/>
            <w:shd w:val="clear" w:color="auto" w:fill="D9EAF7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631C23FA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b/>
                <w:sz w:val="18"/>
              </w:rPr>
              <w:t>備註</w:t>
            </w:r>
          </w:p>
        </w:tc>
      </w:tr>
      <w:tr w:rsidR="00A901FA" w:rsidRPr="00B440FD" w14:paraId="293B077A" w14:textId="77777777">
        <w:trPr>
          <w:cantSplit/>
          <w:jc w:val="center"/>
        </w:trPr>
        <w:tc>
          <w:tcPr>
            <w:tcW w:w="680" w:type="dxa"/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BB3E81B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A-1</w:t>
            </w:r>
          </w:p>
        </w:tc>
        <w:tc>
          <w:tcPr>
            <w:tcW w:w="5272" w:type="dxa"/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FDC25C8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完成本校「教研人員徵才、報名及個人資料管理系統」</w:t>
            </w:r>
            <w:proofErr w:type="gramStart"/>
            <w:r w:rsidRPr="00B440FD">
              <w:rPr>
                <w:rFonts w:ascii="標楷體" w:eastAsia="標楷體" w:hAnsi="標楷體"/>
                <w:sz w:val="18"/>
                <w:lang w:eastAsia="zh-TW"/>
              </w:rPr>
              <w:t>線上履歷</w:t>
            </w:r>
            <w:proofErr w:type="gramEnd"/>
            <w:r w:rsidRPr="00B440FD">
              <w:rPr>
                <w:rFonts w:ascii="標楷體" w:eastAsia="標楷體" w:hAnsi="標楷體"/>
                <w:sz w:val="18"/>
                <w:lang w:eastAsia="zh-TW"/>
              </w:rPr>
              <w:t>報名，並上傳必要文件。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BA2388F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已完成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96083B2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6A8EA8D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2DC71447" w14:textId="77777777">
        <w:trPr>
          <w:cantSplit/>
          <w:jc w:val="center"/>
        </w:trPr>
        <w:tc>
          <w:tcPr>
            <w:tcW w:w="680" w:type="dxa"/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89AAE82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A-2</w:t>
            </w:r>
          </w:p>
        </w:tc>
        <w:tc>
          <w:tcPr>
            <w:tcW w:w="5272" w:type="dxa"/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1258D3D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紙本應徵資料已備妥，並將依公告以掛號方式郵寄。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8A83919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已備妥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8A3490D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B3650D0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61F38CFC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961C408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1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6AA3163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學士、碩士及博士學位證書、歷年成績單影本（如係國外學歷請附我駐外館處驗證證明）。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A356B93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E6C9A41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7667DC3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0A36DFEC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7749602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2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EABAB3C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助理教授級以上證書影本（無則免附）。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AD4F4D7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  <w:r w:rsidRPr="00B440FD">
              <w:rPr>
                <w:rFonts w:ascii="標楷體" w:eastAsia="標楷體" w:hAnsi="標楷體"/>
                <w:sz w:val="18"/>
              </w:rPr>
              <w:br/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免附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6C19FFE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D239C7A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72C9FF42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6390DEA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3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5D7B828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一年以上工作證明文件。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FC08A9B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8923F5D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D95B191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282B02B2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A528348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4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A83482E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履歷表含自傳（附照片）。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975038B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915EED9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978BE57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1C3B686F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5134082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5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E9E668A" w14:textId="77777777" w:rsidR="00A901FA" w:rsidRPr="00B440FD" w:rsidRDefault="00B440FD">
            <w:pPr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身份證或護照影本。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DD06F29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r w:rsidRPr="00B440FD">
              <w:rPr>
                <w:rFonts w:ascii="標楷體" w:eastAsia="標楷體" w:hAnsi="標楷體"/>
                <w:sz w:val="18"/>
              </w:rPr>
              <w:t>已檢附</w:t>
            </w:r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0454620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C9FDF03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3FAF40EC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E22333B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6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1142E28" w14:textId="77777777" w:rsidR="00A901FA" w:rsidRPr="00B440FD" w:rsidRDefault="00B440FD">
            <w:pPr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博士論文摘要。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E3B9890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r w:rsidRPr="00B440FD">
              <w:rPr>
                <w:rFonts w:ascii="標楷體" w:eastAsia="標楷體" w:hAnsi="標楷體"/>
                <w:sz w:val="18"/>
              </w:rPr>
              <w:t>已檢附</w:t>
            </w:r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F5892AC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3FF9977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4F31C784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15A7DA5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7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792E999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著作目錄（含每篇論文首頁）。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A18776F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7AAC9E5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E103798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61AC1233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3BFF230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8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5BAF01C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研討會論文、承接各項計畫（科技部、公民營或法人產學合作計畫）及專利相關資料及證明（如無則免）。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F9A1F63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  <w:r w:rsidRPr="00B440FD">
              <w:rPr>
                <w:rFonts w:ascii="標楷體" w:eastAsia="標楷體" w:hAnsi="標楷體"/>
                <w:sz w:val="18"/>
              </w:rPr>
              <w:br/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免附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6B3022A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C66E000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2F754C89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1432331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9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7A9E186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未來研究、教學、產學合作之規劃構想。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B3D9989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537FE07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019238B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28BFC469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205F0B9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10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8F0B196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一份擬授課程教學大綱。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4D9B32A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EBB2CD8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DB44B77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4E4B71FF" w14:textId="77777777">
        <w:trPr>
          <w:cantSplit/>
          <w:jc w:val="center"/>
        </w:trPr>
        <w:tc>
          <w:tcPr>
            <w:tcW w:w="680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FDEC21D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>11</w:t>
            </w:r>
          </w:p>
        </w:tc>
        <w:tc>
          <w:tcPr>
            <w:tcW w:w="5272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FC9C7CB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sz w:val="18"/>
                <w:lang w:eastAsia="zh-TW"/>
              </w:rPr>
              <w:t>其他有利於應徵之證明文件：推薦函。</w:t>
            </w:r>
          </w:p>
        </w:tc>
        <w:tc>
          <w:tcPr>
            <w:tcW w:w="170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B02C136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sz w:val="18"/>
              </w:rPr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已檢附</w:t>
            </w:r>
            <w:proofErr w:type="spellEnd"/>
            <w:r w:rsidRPr="00B440FD">
              <w:rPr>
                <w:rFonts w:ascii="標楷體" w:eastAsia="標楷體" w:hAnsi="標楷體"/>
                <w:sz w:val="18"/>
              </w:rPr>
              <w:br/>
              <w:t xml:space="preserve">□ </w:t>
            </w:r>
            <w:proofErr w:type="spellStart"/>
            <w:r w:rsidRPr="00B440FD">
              <w:rPr>
                <w:rFonts w:ascii="標楷體" w:eastAsia="標楷體" w:hAnsi="標楷體"/>
                <w:sz w:val="18"/>
              </w:rPr>
              <w:t>未檢附</w:t>
            </w:r>
            <w:proofErr w:type="spellEnd"/>
          </w:p>
        </w:tc>
        <w:tc>
          <w:tcPr>
            <w:tcW w:w="1134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3BB283C" w14:textId="77777777" w:rsidR="00A901FA" w:rsidRPr="00B440FD" w:rsidRDefault="00A901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E0343C4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</w:tbl>
    <w:p w14:paraId="3F611B87" w14:textId="77777777" w:rsidR="00A901FA" w:rsidRPr="00B440FD" w:rsidRDefault="00B440FD">
      <w:pPr>
        <w:spacing w:before="100" w:after="20"/>
        <w:rPr>
          <w:rFonts w:ascii="標楷體" w:eastAsia="標楷體" w:hAnsi="標楷體"/>
          <w:lang w:eastAsia="zh-TW"/>
        </w:rPr>
      </w:pPr>
      <w:r w:rsidRPr="00B440FD">
        <w:rPr>
          <w:rFonts w:ascii="標楷體" w:eastAsia="標楷體" w:hAnsi="標楷體"/>
          <w:b/>
          <w:lang w:eastAsia="zh-TW"/>
        </w:rPr>
        <w:t>紙本資料整理方式：</w:t>
      </w:r>
      <w:r w:rsidRPr="00B440FD">
        <w:rPr>
          <w:rFonts w:ascii="標楷體" w:eastAsia="標楷體" w:hAnsi="標楷體"/>
          <w:lang w:eastAsia="zh-TW"/>
        </w:rPr>
        <w:t>第</w:t>
      </w:r>
      <w:r w:rsidRPr="00B440FD">
        <w:rPr>
          <w:rFonts w:ascii="標楷體" w:eastAsia="標楷體" w:hAnsi="標楷體"/>
          <w:lang w:eastAsia="zh-TW"/>
        </w:rPr>
        <w:t>1</w:t>
      </w:r>
      <w:r w:rsidRPr="00B440FD">
        <w:rPr>
          <w:rFonts w:ascii="標楷體" w:eastAsia="標楷體" w:hAnsi="標楷體"/>
          <w:lang w:eastAsia="zh-TW"/>
        </w:rPr>
        <w:t>至第</w:t>
      </w:r>
      <w:r w:rsidRPr="00B440FD">
        <w:rPr>
          <w:rFonts w:ascii="標楷體" w:eastAsia="標楷體" w:hAnsi="標楷體"/>
          <w:lang w:eastAsia="zh-TW"/>
        </w:rPr>
        <w:t>3</w:t>
      </w:r>
      <w:r w:rsidRPr="00B440FD">
        <w:rPr>
          <w:rFonts w:ascii="標楷體" w:eastAsia="標楷體" w:hAnsi="標楷體"/>
          <w:lang w:eastAsia="zh-TW"/>
        </w:rPr>
        <w:t>項請</w:t>
      </w:r>
      <w:proofErr w:type="gramStart"/>
      <w:r w:rsidRPr="00B440FD">
        <w:rPr>
          <w:rFonts w:ascii="標楷體" w:eastAsia="標楷體" w:hAnsi="標楷體"/>
          <w:lang w:eastAsia="zh-TW"/>
        </w:rPr>
        <w:t>以燕尾夾</w:t>
      </w:r>
      <w:proofErr w:type="gramEnd"/>
      <w:r w:rsidRPr="00B440FD">
        <w:rPr>
          <w:rFonts w:ascii="標楷體" w:eastAsia="標楷體" w:hAnsi="標楷體"/>
          <w:lang w:eastAsia="zh-TW"/>
        </w:rPr>
        <w:t>依序整理成一份；第</w:t>
      </w:r>
      <w:r w:rsidRPr="00B440FD">
        <w:rPr>
          <w:rFonts w:ascii="標楷體" w:eastAsia="標楷體" w:hAnsi="標楷體"/>
          <w:lang w:eastAsia="zh-TW"/>
        </w:rPr>
        <w:t>4</w:t>
      </w:r>
      <w:r w:rsidRPr="00B440FD">
        <w:rPr>
          <w:rFonts w:ascii="標楷體" w:eastAsia="標楷體" w:hAnsi="標楷體"/>
          <w:lang w:eastAsia="zh-TW"/>
        </w:rPr>
        <w:t>至</w:t>
      </w:r>
      <w:proofErr w:type="gramStart"/>
      <w:r w:rsidRPr="00B440FD">
        <w:rPr>
          <w:rFonts w:ascii="標楷體" w:eastAsia="標楷體" w:hAnsi="標楷體"/>
          <w:lang w:eastAsia="zh-TW"/>
        </w:rPr>
        <w:t>第</w:t>
      </w:r>
      <w:r w:rsidRPr="00B440FD">
        <w:rPr>
          <w:rFonts w:ascii="標楷體" w:eastAsia="標楷體" w:hAnsi="標楷體"/>
          <w:lang w:eastAsia="zh-TW"/>
        </w:rPr>
        <w:t>10</w:t>
      </w:r>
      <w:r w:rsidRPr="00B440FD">
        <w:rPr>
          <w:rFonts w:ascii="標楷體" w:eastAsia="標楷體" w:hAnsi="標楷體"/>
          <w:lang w:eastAsia="zh-TW"/>
        </w:rPr>
        <w:t>項請彙整</w:t>
      </w:r>
      <w:proofErr w:type="gramEnd"/>
      <w:r w:rsidRPr="00B440FD">
        <w:rPr>
          <w:rFonts w:ascii="標楷體" w:eastAsia="標楷體" w:hAnsi="標楷體"/>
          <w:lang w:eastAsia="zh-TW"/>
        </w:rPr>
        <w:t>裝訂成一本。</w:t>
      </w:r>
    </w:p>
    <w:p w14:paraId="0B69E65C" w14:textId="77777777" w:rsidR="00A901FA" w:rsidRPr="00B440FD" w:rsidRDefault="00B440FD">
      <w:pPr>
        <w:spacing w:before="20" w:after="20"/>
        <w:rPr>
          <w:rFonts w:ascii="標楷體" w:eastAsia="標楷體" w:hAnsi="標楷體"/>
          <w:lang w:eastAsia="zh-TW"/>
        </w:rPr>
      </w:pPr>
      <w:r w:rsidRPr="00B440FD">
        <w:rPr>
          <w:rFonts w:ascii="標楷體" w:eastAsia="標楷體" w:hAnsi="標楷體"/>
          <w:b/>
          <w:lang w:eastAsia="zh-TW"/>
        </w:rPr>
        <w:t>重要提醒：</w:t>
      </w:r>
      <w:proofErr w:type="gramStart"/>
      <w:r w:rsidRPr="00B440FD">
        <w:rPr>
          <w:rFonts w:ascii="標楷體" w:eastAsia="標楷體" w:hAnsi="標楷體"/>
          <w:lang w:eastAsia="zh-TW"/>
        </w:rPr>
        <w:t>線上報名</w:t>
      </w:r>
      <w:proofErr w:type="gramEnd"/>
      <w:r w:rsidRPr="00B440FD">
        <w:rPr>
          <w:rFonts w:ascii="標楷體" w:eastAsia="標楷體" w:hAnsi="標楷體"/>
          <w:lang w:eastAsia="zh-TW"/>
        </w:rPr>
        <w:t>及紙本郵寄缺一不可，逾期概不受理；紙本應徵資料概不退還。</w:t>
      </w:r>
    </w:p>
    <w:tbl>
      <w:tblPr>
        <w:tblStyle w:val="aff2"/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587"/>
        <w:gridCol w:w="3515"/>
        <w:gridCol w:w="1587"/>
        <w:gridCol w:w="3628"/>
      </w:tblGrid>
      <w:tr w:rsidR="00A901FA" w:rsidRPr="00B440FD" w14:paraId="291558ED" w14:textId="77777777">
        <w:trPr>
          <w:cantSplit/>
          <w:jc w:val="center"/>
        </w:trPr>
        <w:tc>
          <w:tcPr>
            <w:tcW w:w="1587" w:type="dxa"/>
            <w:shd w:val="clear" w:color="auto" w:fill="EDEDED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8B70281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B440FD">
              <w:rPr>
                <w:rFonts w:ascii="標楷體" w:eastAsia="標楷體" w:hAnsi="標楷體"/>
                <w:b/>
              </w:rPr>
              <w:t>應徵者確認</w:t>
            </w:r>
            <w:proofErr w:type="spellEnd"/>
          </w:p>
        </w:tc>
        <w:tc>
          <w:tcPr>
            <w:tcW w:w="3515" w:type="dxa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FE7F9B7" w14:textId="77777777" w:rsidR="00A901FA" w:rsidRPr="00B440FD" w:rsidRDefault="00B440FD">
            <w:pPr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</w:rPr>
              <w:t xml:space="preserve">□ </w:t>
            </w:r>
            <w:r w:rsidRPr="00B440FD">
              <w:rPr>
                <w:rFonts w:ascii="標楷體" w:eastAsia="標楷體" w:hAnsi="標楷體"/>
              </w:rPr>
              <w:t>已依本表完成檢核</w:t>
            </w:r>
          </w:p>
        </w:tc>
        <w:tc>
          <w:tcPr>
            <w:tcW w:w="1587" w:type="dxa"/>
            <w:shd w:val="clear" w:color="auto" w:fill="EDEDED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16395DC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b/>
              </w:rPr>
              <w:t>應徵者簽名</w:t>
            </w:r>
          </w:p>
        </w:tc>
        <w:tc>
          <w:tcPr>
            <w:tcW w:w="3628" w:type="dxa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478CB21" w14:textId="77777777" w:rsidR="00A901FA" w:rsidRPr="00B440FD" w:rsidRDefault="00A901FA">
            <w:pPr>
              <w:rPr>
                <w:rFonts w:ascii="標楷體" w:eastAsia="標楷體" w:hAnsi="標楷體"/>
              </w:rPr>
            </w:pPr>
          </w:p>
        </w:tc>
      </w:tr>
      <w:tr w:rsidR="00A901FA" w:rsidRPr="00B440FD" w14:paraId="4041EAB3" w14:textId="77777777">
        <w:trPr>
          <w:cantSplit/>
          <w:jc w:val="center"/>
        </w:trPr>
        <w:tc>
          <w:tcPr>
            <w:tcW w:w="1587" w:type="dxa"/>
            <w:shd w:val="clear" w:color="auto" w:fill="EDEDED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3014ED2" w14:textId="77777777" w:rsidR="00A901FA" w:rsidRPr="00B440FD" w:rsidRDefault="00B440FD">
            <w:pPr>
              <w:jc w:val="center"/>
              <w:rPr>
                <w:rFonts w:ascii="標楷體" w:eastAsia="標楷體" w:hAnsi="標楷體"/>
              </w:rPr>
            </w:pPr>
            <w:r w:rsidRPr="00B440FD">
              <w:rPr>
                <w:rFonts w:ascii="標楷體" w:eastAsia="標楷體" w:hAnsi="標楷體"/>
                <w:b/>
              </w:rPr>
              <w:t>系所收件註記</w:t>
            </w:r>
          </w:p>
        </w:tc>
        <w:tc>
          <w:tcPr>
            <w:tcW w:w="8730" w:type="dxa"/>
            <w:gridSpan w:val="3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4399625" w14:textId="77777777" w:rsidR="00A901FA" w:rsidRPr="00B440FD" w:rsidRDefault="00B440FD">
            <w:pPr>
              <w:rPr>
                <w:rFonts w:ascii="標楷體" w:eastAsia="標楷體" w:hAnsi="標楷體"/>
                <w:lang w:eastAsia="zh-TW"/>
              </w:rPr>
            </w:pPr>
            <w:r w:rsidRPr="00B440FD">
              <w:rPr>
                <w:rFonts w:ascii="標楷體" w:eastAsia="標楷體" w:hAnsi="標楷體"/>
                <w:lang w:eastAsia="zh-TW"/>
              </w:rPr>
              <w:t xml:space="preserve">□ </w:t>
            </w:r>
            <w:r w:rsidRPr="00B440FD">
              <w:rPr>
                <w:rFonts w:ascii="標楷體" w:eastAsia="標楷體" w:hAnsi="標楷體"/>
                <w:lang w:eastAsia="zh-TW"/>
              </w:rPr>
              <w:t xml:space="preserve">文件齊全　</w:t>
            </w:r>
            <w:r w:rsidRPr="00B440FD">
              <w:rPr>
                <w:rFonts w:ascii="標楷體" w:eastAsia="標楷體" w:hAnsi="標楷體"/>
                <w:lang w:eastAsia="zh-TW"/>
              </w:rPr>
              <w:t xml:space="preserve">□ </w:t>
            </w:r>
            <w:r w:rsidRPr="00B440FD">
              <w:rPr>
                <w:rFonts w:ascii="標楷體" w:eastAsia="標楷體" w:hAnsi="標楷體"/>
                <w:lang w:eastAsia="zh-TW"/>
              </w:rPr>
              <w:t>待補件</w:t>
            </w:r>
            <w:proofErr w:type="gramStart"/>
            <w:r w:rsidRPr="00B440FD">
              <w:rPr>
                <w:rFonts w:ascii="標楷體" w:eastAsia="標楷體" w:hAnsi="標楷體"/>
                <w:lang w:eastAsia="zh-TW"/>
              </w:rPr>
              <w:t>（</w:t>
            </w:r>
            <w:proofErr w:type="gramEnd"/>
            <w:r w:rsidRPr="00B440FD">
              <w:rPr>
                <w:rFonts w:ascii="標楷體" w:eastAsia="標楷體" w:hAnsi="標楷體"/>
                <w:lang w:eastAsia="zh-TW"/>
              </w:rPr>
              <w:t>請註明：　　　　　　　　　　　　　　　　　　　）</w:t>
            </w:r>
          </w:p>
        </w:tc>
      </w:tr>
    </w:tbl>
    <w:p w14:paraId="3BD5A607" w14:textId="77777777" w:rsidR="00B440FD" w:rsidRPr="00B440FD" w:rsidRDefault="00B440FD">
      <w:pPr>
        <w:rPr>
          <w:rFonts w:ascii="標楷體" w:eastAsia="標楷體" w:hAnsi="標楷體"/>
          <w:lang w:eastAsia="zh-TW"/>
        </w:rPr>
      </w:pPr>
    </w:p>
    <w:sectPr w:rsidR="00000000" w:rsidRPr="00B440FD" w:rsidSect="00034616">
      <w:footerReference w:type="default" r:id="rId8"/>
      <w:pgSz w:w="11906" w:h="16838"/>
      <w:pgMar w:top="794" w:right="794" w:bottom="794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DC9A6" w14:textId="77777777" w:rsidR="00B440FD" w:rsidRDefault="00B440FD">
      <w:pPr>
        <w:spacing w:after="0" w:line="240" w:lineRule="auto"/>
      </w:pPr>
      <w:r>
        <w:separator/>
      </w:r>
    </w:p>
  </w:endnote>
  <w:endnote w:type="continuationSeparator" w:id="0">
    <w:p w14:paraId="3EE7DBFE" w14:textId="77777777" w:rsidR="00B440FD" w:rsidRDefault="00B44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0D170" w14:textId="77777777" w:rsidR="00A901FA" w:rsidRDefault="00B440FD">
    <w:pPr>
      <w:pStyle w:val="a7"/>
      <w:rPr>
        <w:lang w:eastAsia="zh-TW"/>
      </w:rPr>
    </w:pPr>
    <w:r>
      <w:rPr>
        <w:sz w:val="14"/>
        <w:lang w:eastAsia="zh-TW"/>
      </w:rPr>
      <w:t xml:space="preserve">※ </w:t>
    </w:r>
    <w:r>
      <w:rPr>
        <w:sz w:val="14"/>
        <w:lang w:eastAsia="zh-TW"/>
      </w:rPr>
      <w:t>本表係依「國立勤益科技大學誠徵專任教師公告（新制）－冷凍空調與能源系」之「應檢附之文件及著作」內容整理，實際應繳資料仍以正式公告為準。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1F015" w14:textId="77777777" w:rsidR="00B440FD" w:rsidRDefault="00B440FD">
      <w:pPr>
        <w:spacing w:after="0" w:line="240" w:lineRule="auto"/>
      </w:pPr>
      <w:r>
        <w:separator/>
      </w:r>
    </w:p>
  </w:footnote>
  <w:footnote w:type="continuationSeparator" w:id="0">
    <w:p w14:paraId="7FC01E65" w14:textId="77777777" w:rsidR="00B440FD" w:rsidRDefault="00B440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92001487">
    <w:abstractNumId w:val="8"/>
  </w:num>
  <w:num w:numId="2" w16cid:durableId="1415975707">
    <w:abstractNumId w:val="6"/>
  </w:num>
  <w:num w:numId="3" w16cid:durableId="1103693901">
    <w:abstractNumId w:val="5"/>
  </w:num>
  <w:num w:numId="4" w16cid:durableId="565989258">
    <w:abstractNumId w:val="4"/>
  </w:num>
  <w:num w:numId="5" w16cid:durableId="1856457733">
    <w:abstractNumId w:val="7"/>
  </w:num>
  <w:num w:numId="6" w16cid:durableId="1430348674">
    <w:abstractNumId w:val="3"/>
  </w:num>
  <w:num w:numId="7" w16cid:durableId="1077481323">
    <w:abstractNumId w:val="2"/>
  </w:num>
  <w:num w:numId="8" w16cid:durableId="1186480802">
    <w:abstractNumId w:val="1"/>
  </w:num>
  <w:num w:numId="9" w16cid:durableId="107577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901FA"/>
    <w:rsid w:val="00AA1D8D"/>
    <w:rsid w:val="00B440FD"/>
    <w:rsid w:val="00B47730"/>
    <w:rsid w:val="00CB0664"/>
    <w:rsid w:val="00CE368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63870B"/>
  <w14:defaultImageDpi w14:val="300"/>
  <w15:docId w15:val="{0079BE85-34CF-4C6C-9FC8-3F15C7AA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冷凍空調與能源系 專任教師應檢附文件及著作檢核表</dc:title>
  <dc:subject>專任教師徵聘應徵資料檢核</dc:subject>
  <dc:creator>國立勤益科技大學冷凍空調與能源系</dc:creator>
  <cp:keywords/>
  <dc:description>generated by python-docx</dc:description>
  <cp:lastModifiedBy>Alley Tseng</cp:lastModifiedBy>
  <cp:revision>2</cp:revision>
  <dcterms:created xsi:type="dcterms:W3CDTF">2013-12-23T23:15:00Z</dcterms:created>
  <dcterms:modified xsi:type="dcterms:W3CDTF">2026-09-24T06:52:00Z</dcterms:modified>
  <cp:category/>
</cp:coreProperties>
</file>