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318D" w14:textId="74A6289A" w:rsidR="004C6288" w:rsidRPr="004B1D4D" w:rsidRDefault="004B1D4D">
      <w:pPr>
        <w:keepLines/>
        <w:spacing w:after="40"/>
        <w:jc w:val="center"/>
        <w:rPr>
          <w:rFonts w:ascii="標楷體" w:eastAsia="標楷體" w:hAnsi="標楷體"/>
          <w:sz w:val="36"/>
          <w:szCs w:val="36"/>
          <w:lang w:eastAsia="zh-TW"/>
        </w:rPr>
      </w:pPr>
      <w:r w:rsidRPr="004B1D4D">
        <w:rPr>
          <w:rFonts w:ascii="標楷體" w:eastAsia="標楷體" w:hAnsi="標楷體"/>
          <w:b/>
          <w:sz w:val="36"/>
          <w:szCs w:val="36"/>
          <w:lang w:eastAsia="zh-TW"/>
        </w:rPr>
        <w:t>國立勤益科技大學</w:t>
      </w:r>
      <w:r w:rsidRPr="004B1D4D"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 </w:t>
      </w:r>
      <w:r w:rsidRPr="004B1D4D">
        <w:rPr>
          <w:rFonts w:ascii="標楷體" w:eastAsia="標楷體" w:hAnsi="標楷體"/>
          <w:b/>
          <w:sz w:val="36"/>
          <w:szCs w:val="36"/>
          <w:lang w:eastAsia="zh-TW"/>
        </w:rPr>
        <w:t>冷凍空調與能源系</w:t>
      </w:r>
    </w:p>
    <w:p w14:paraId="73B2EDF9" w14:textId="77777777" w:rsidR="004C6288" w:rsidRPr="004B1D4D" w:rsidRDefault="004B1D4D">
      <w:pPr>
        <w:keepLines/>
        <w:spacing w:after="120"/>
        <w:jc w:val="center"/>
        <w:rPr>
          <w:rFonts w:ascii="標楷體" w:eastAsia="標楷體" w:hAnsi="標楷體"/>
          <w:sz w:val="36"/>
          <w:szCs w:val="36"/>
          <w:lang w:eastAsia="zh-TW"/>
        </w:rPr>
      </w:pPr>
      <w:r w:rsidRPr="004B1D4D">
        <w:rPr>
          <w:rFonts w:ascii="標楷體" w:eastAsia="標楷體" w:hAnsi="標楷體"/>
          <w:b/>
          <w:sz w:val="36"/>
          <w:szCs w:val="36"/>
          <w:lang w:eastAsia="zh-TW"/>
        </w:rPr>
        <w:t>專任教師應徵資格條件填寫表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3402"/>
        <w:gridCol w:w="1701"/>
        <w:gridCol w:w="3402"/>
      </w:tblGrid>
      <w:tr w:rsidR="004C6288" w:rsidRPr="004B1D4D" w14:paraId="73B8520C" w14:textId="77777777">
        <w:trPr>
          <w:cantSplit/>
          <w:jc w:val="center"/>
        </w:trPr>
        <w:tc>
          <w:tcPr>
            <w:tcW w:w="1701" w:type="dxa"/>
            <w:shd w:val="clear" w:color="auto" w:fill="EDEDED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605E1F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9"/>
              </w:rPr>
              <w:t>應徵者姓名</w:t>
            </w:r>
            <w:proofErr w:type="spellEnd"/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079E0F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EDEDED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477446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9"/>
              </w:rPr>
              <w:t>應徵職級</w:t>
            </w:r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447E91" w14:textId="77777777" w:rsidR="004C6288" w:rsidRPr="004B1D4D" w:rsidRDefault="004B1D4D">
            <w:pPr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9"/>
              </w:rPr>
              <w:t xml:space="preserve">□ </w:t>
            </w:r>
            <w:r w:rsidRPr="004B1D4D">
              <w:rPr>
                <w:rFonts w:ascii="標楷體" w:eastAsia="標楷體" w:hAnsi="標楷體"/>
                <w:sz w:val="19"/>
              </w:rPr>
              <w:t>助理教授</w:t>
            </w:r>
            <w:r w:rsidRPr="004B1D4D">
              <w:rPr>
                <w:rFonts w:ascii="標楷體" w:eastAsia="標楷體" w:hAnsi="標楷體"/>
                <w:sz w:val="19"/>
              </w:rPr>
              <w:t xml:space="preserve">  □ </w:t>
            </w:r>
            <w:r w:rsidRPr="004B1D4D">
              <w:rPr>
                <w:rFonts w:ascii="標楷體" w:eastAsia="標楷體" w:hAnsi="標楷體"/>
                <w:sz w:val="19"/>
              </w:rPr>
              <w:t>副教授</w:t>
            </w:r>
            <w:r w:rsidRPr="004B1D4D">
              <w:rPr>
                <w:rFonts w:ascii="標楷體" w:eastAsia="標楷體" w:hAnsi="標楷體"/>
                <w:sz w:val="19"/>
              </w:rPr>
              <w:t xml:space="preserve">  □ </w:t>
            </w:r>
            <w:r w:rsidRPr="004B1D4D">
              <w:rPr>
                <w:rFonts w:ascii="標楷體" w:eastAsia="標楷體" w:hAnsi="標楷體"/>
                <w:sz w:val="19"/>
              </w:rPr>
              <w:t>教授</w:t>
            </w:r>
          </w:p>
        </w:tc>
      </w:tr>
      <w:tr w:rsidR="004C6288" w:rsidRPr="004B1D4D" w14:paraId="7B194531" w14:textId="77777777">
        <w:trPr>
          <w:cantSplit/>
          <w:jc w:val="center"/>
        </w:trPr>
        <w:tc>
          <w:tcPr>
            <w:tcW w:w="1701" w:type="dxa"/>
            <w:shd w:val="clear" w:color="auto" w:fill="EDEDED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307A3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9"/>
              </w:rPr>
              <w:t>聯絡電話</w:t>
            </w:r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CE54F2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EDEDED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9D992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9"/>
              </w:rPr>
              <w:t>電子信箱</w:t>
            </w:r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08B51F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</w:tbl>
    <w:p w14:paraId="13806E53" w14:textId="77777777" w:rsidR="004C6288" w:rsidRPr="004B1D4D" w:rsidRDefault="004B1D4D" w:rsidP="004B1D4D">
      <w:pPr>
        <w:keepLines/>
        <w:spacing w:before="120" w:after="80"/>
        <w:ind w:left="1080" w:hangingChars="514" w:hanging="108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b/>
          <w:lang w:eastAsia="zh-TW"/>
        </w:rPr>
        <w:t>填寫說明：</w:t>
      </w:r>
      <w:r w:rsidRPr="004B1D4D">
        <w:rPr>
          <w:rFonts w:ascii="標楷體" w:eastAsia="標楷體" w:hAnsi="標楷體"/>
          <w:lang w:eastAsia="zh-TW"/>
        </w:rPr>
        <w:t>請依實際情形填寫，並於相對應欄位勾選或填列資料；涉及學歷、工作經驗、論文及研究計畫者，請檢附相關證明文件。</w:t>
      </w:r>
    </w:p>
    <w:p w14:paraId="41153401" w14:textId="77777777" w:rsidR="004C6288" w:rsidRPr="004B1D4D" w:rsidRDefault="004B1D4D">
      <w:pPr>
        <w:keepLines/>
        <w:spacing w:before="80" w:after="60"/>
        <w:rPr>
          <w:rFonts w:ascii="標楷體" w:eastAsia="標楷體" w:hAnsi="標楷體"/>
        </w:rPr>
      </w:pPr>
      <w:proofErr w:type="spellStart"/>
      <w:r w:rsidRPr="004B1D4D">
        <w:rPr>
          <w:rFonts w:ascii="標楷體" w:eastAsia="標楷體" w:hAnsi="標楷體"/>
          <w:b/>
          <w:sz w:val="24"/>
        </w:rPr>
        <w:t>一、學經歷（必備</w:t>
      </w:r>
      <w:proofErr w:type="spellEnd"/>
      <w:r w:rsidRPr="004B1D4D">
        <w:rPr>
          <w:rFonts w:ascii="標楷體" w:eastAsia="標楷體" w:hAnsi="標楷體"/>
          <w:b/>
          <w:sz w:val="24"/>
        </w:rPr>
        <w:t>）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2268"/>
        <w:gridCol w:w="2324"/>
        <w:gridCol w:w="1814"/>
        <w:gridCol w:w="2268"/>
      </w:tblGrid>
      <w:tr w:rsidR="004C6288" w:rsidRPr="004B1D4D" w14:paraId="04E28F7E" w14:textId="77777777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78D9A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項目</w:t>
            </w:r>
          </w:p>
        </w:tc>
        <w:tc>
          <w:tcPr>
            <w:tcW w:w="2268" w:type="dxa"/>
            <w:shd w:val="clear" w:color="auto" w:fill="D9EA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84222CC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學校／機構</w:t>
            </w:r>
          </w:p>
        </w:tc>
        <w:tc>
          <w:tcPr>
            <w:tcW w:w="2324" w:type="dxa"/>
            <w:shd w:val="clear" w:color="auto" w:fill="D9EA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3DCB1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系所／單位</w:t>
            </w:r>
          </w:p>
        </w:tc>
        <w:tc>
          <w:tcPr>
            <w:tcW w:w="1814" w:type="dxa"/>
            <w:shd w:val="clear" w:color="auto" w:fill="D9EA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A62406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學位／職稱</w:t>
            </w:r>
          </w:p>
        </w:tc>
        <w:tc>
          <w:tcPr>
            <w:tcW w:w="2268" w:type="dxa"/>
            <w:shd w:val="clear" w:color="auto" w:fill="D9EA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C0EA1F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期間／畢業年月</w:t>
            </w:r>
          </w:p>
        </w:tc>
      </w:tr>
      <w:tr w:rsidR="004C6288" w:rsidRPr="004B1D4D" w14:paraId="4FC300A7" w14:textId="77777777">
        <w:trPr>
          <w:cantSplit/>
          <w:jc w:val="center"/>
        </w:trPr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2A77B5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博士學位</w:t>
            </w: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E34672A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66A1EE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5F18FA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4E0FDA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  <w:tr w:rsidR="004C6288" w:rsidRPr="004B1D4D" w14:paraId="3263E2E3" w14:textId="77777777">
        <w:trPr>
          <w:cantSplit/>
          <w:jc w:val="center"/>
        </w:trPr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FCD41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碩士學位</w:t>
            </w: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60825E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D762319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2D2C7C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103F94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  <w:tr w:rsidR="004C6288" w:rsidRPr="004B1D4D" w14:paraId="2760918D" w14:textId="77777777">
        <w:trPr>
          <w:cantSplit/>
          <w:jc w:val="center"/>
        </w:trPr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03FB4D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學士學位</w:t>
            </w: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CC94D5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76A3BE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748D3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35B0F24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  <w:tr w:rsidR="004C6288" w:rsidRPr="004B1D4D" w14:paraId="14E61579" w14:textId="77777777">
        <w:trPr>
          <w:cantSplit/>
          <w:jc w:val="center"/>
        </w:trPr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BC8DEA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業界實務工作經驗</w:t>
            </w: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9D0C9E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F9F598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4FAD26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B257F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</w:tbl>
    <w:p w14:paraId="39260ACD" w14:textId="77777777" w:rsidR="004B1D4D" w:rsidRDefault="004B1D4D">
      <w:pPr>
        <w:keepLines/>
        <w:spacing w:after="40"/>
        <w:ind w:left="113"/>
        <w:rPr>
          <w:rFonts w:ascii="標楷體" w:eastAsia="標楷體" w:hAnsi="標楷體"/>
          <w:b/>
          <w:lang w:eastAsia="zh-TW"/>
        </w:rPr>
      </w:pPr>
      <w:r w:rsidRPr="004B1D4D">
        <w:rPr>
          <w:rFonts w:ascii="標楷體" w:eastAsia="標楷體" w:hAnsi="標楷體"/>
          <w:b/>
          <w:lang w:eastAsia="zh-TW"/>
        </w:rPr>
        <w:t>資格自我檢核：</w:t>
      </w:r>
    </w:p>
    <w:p w14:paraId="2CEF411D" w14:textId="77777777" w:rsidR="004B1D4D" w:rsidRDefault="004B1D4D" w:rsidP="004B1D4D">
      <w:pPr>
        <w:keepLines/>
        <w:spacing w:after="40"/>
        <w:ind w:left="113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lang w:eastAsia="zh-TW"/>
        </w:rPr>
        <w:t>□</w:t>
      </w:r>
      <w:r w:rsidRPr="004B1D4D">
        <w:rPr>
          <w:rFonts w:ascii="標楷體" w:eastAsia="標楷體" w:hAnsi="標楷體"/>
          <w:lang w:eastAsia="zh-TW"/>
        </w:rPr>
        <w:t>具教育部認可之國內（外）大學冷凍空調與能源、機械工程、電機、材料領域相關博士學位。</w:t>
      </w:r>
    </w:p>
    <w:p w14:paraId="7AE8288D" w14:textId="5D2343DC" w:rsidR="004C6288" w:rsidRDefault="004B1D4D" w:rsidP="004B1D4D">
      <w:pPr>
        <w:keepLines/>
        <w:spacing w:after="40"/>
        <w:ind w:left="113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□</w:t>
      </w:r>
      <w:r w:rsidRPr="004B1D4D">
        <w:rPr>
          <w:rFonts w:ascii="標楷體" w:eastAsia="標楷體" w:hAnsi="標楷體"/>
          <w:lang w:eastAsia="zh-TW"/>
        </w:rPr>
        <w:t>具有與擬任教專業科目或技術科目相關之業界實務工作經驗</w:t>
      </w:r>
      <w:r w:rsidRPr="004B1D4D">
        <w:rPr>
          <w:rFonts w:ascii="標楷體" w:eastAsia="標楷體" w:hAnsi="標楷體"/>
          <w:lang w:eastAsia="zh-TW"/>
        </w:rPr>
        <w:t xml:space="preserve"> 1 </w:t>
      </w:r>
      <w:r w:rsidRPr="004B1D4D">
        <w:rPr>
          <w:rFonts w:ascii="標楷體" w:eastAsia="標楷體" w:hAnsi="標楷體"/>
          <w:lang w:eastAsia="zh-TW"/>
        </w:rPr>
        <w:t>年以上，並</w:t>
      </w:r>
      <w:r w:rsidRPr="004B1D4D">
        <w:rPr>
          <w:rFonts w:ascii="標楷體" w:eastAsia="標楷體" w:hAnsi="標楷體"/>
          <w:highlight w:val="yellow"/>
          <w:lang w:eastAsia="zh-TW"/>
        </w:rPr>
        <w:t>檢附證明文件</w:t>
      </w:r>
      <w:r w:rsidRPr="004B1D4D">
        <w:rPr>
          <w:rFonts w:ascii="標楷體" w:eastAsia="標楷體" w:hAnsi="標楷體"/>
          <w:lang w:eastAsia="zh-TW"/>
        </w:rPr>
        <w:t>。</w:t>
      </w:r>
    </w:p>
    <w:p w14:paraId="6694F371" w14:textId="77777777" w:rsidR="004B1D4D" w:rsidRPr="004B1D4D" w:rsidRDefault="004B1D4D" w:rsidP="004B1D4D">
      <w:pPr>
        <w:keepLines/>
        <w:spacing w:after="40"/>
        <w:ind w:left="113"/>
        <w:rPr>
          <w:rFonts w:ascii="標楷體" w:eastAsia="標楷體" w:hAnsi="標楷體" w:hint="eastAsia"/>
          <w:lang w:eastAsia="zh-TW"/>
        </w:rPr>
      </w:pPr>
    </w:p>
    <w:p w14:paraId="3768AF0C" w14:textId="77777777" w:rsidR="004C6288" w:rsidRPr="004B1D4D" w:rsidRDefault="004B1D4D">
      <w:pPr>
        <w:keepLines/>
        <w:spacing w:before="60" w:after="4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b/>
          <w:sz w:val="24"/>
          <w:lang w:eastAsia="zh-TW"/>
        </w:rPr>
        <w:t>二、研究發展潛力（必備）</w:t>
      </w:r>
    </w:p>
    <w:p w14:paraId="461022B8" w14:textId="77777777" w:rsidR="004C6288" w:rsidRPr="004B1D4D" w:rsidRDefault="004B1D4D">
      <w:pPr>
        <w:keepLines/>
        <w:spacing w:after="6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b/>
          <w:lang w:eastAsia="zh-TW"/>
        </w:rPr>
        <w:t>（一）近七年符合條件之期刊論文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438"/>
        <w:gridCol w:w="1587"/>
        <w:gridCol w:w="1304"/>
        <w:gridCol w:w="1361"/>
        <w:gridCol w:w="1531"/>
        <w:gridCol w:w="1020"/>
        <w:gridCol w:w="850"/>
      </w:tblGrid>
      <w:tr w:rsidR="004C6288" w:rsidRPr="004B1D4D" w14:paraId="31F2AC1C" w14:textId="77777777">
        <w:trPr>
          <w:cantSplit/>
          <w:tblHeader/>
          <w:jc w:val="center"/>
        </w:trPr>
        <w:tc>
          <w:tcPr>
            <w:tcW w:w="567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10D1F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6"/>
              </w:rPr>
              <w:t>序號</w:t>
            </w:r>
            <w:proofErr w:type="spellEnd"/>
          </w:p>
        </w:tc>
        <w:tc>
          <w:tcPr>
            <w:tcW w:w="2438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5505B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論文名稱</w:t>
            </w:r>
          </w:p>
        </w:tc>
        <w:tc>
          <w:tcPr>
            <w:tcW w:w="1587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C934D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期刊名稱</w:t>
            </w:r>
          </w:p>
        </w:tc>
        <w:tc>
          <w:tcPr>
            <w:tcW w:w="1304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FD038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索引類別</w:t>
            </w:r>
          </w:p>
        </w:tc>
        <w:tc>
          <w:tcPr>
            <w:tcW w:w="1361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7C5F2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發表／接受日期</w:t>
            </w:r>
          </w:p>
        </w:tc>
        <w:tc>
          <w:tcPr>
            <w:tcW w:w="1531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45C3017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作者身分</w:t>
            </w:r>
          </w:p>
        </w:tc>
        <w:tc>
          <w:tcPr>
            <w:tcW w:w="1020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ADCE06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Open Access</w:t>
            </w:r>
          </w:p>
        </w:tc>
        <w:tc>
          <w:tcPr>
            <w:tcW w:w="850" w:type="dxa"/>
            <w:shd w:val="clear" w:color="auto" w:fill="FCE4D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C5BD0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證明</w:t>
            </w:r>
          </w:p>
        </w:tc>
      </w:tr>
      <w:tr w:rsidR="004C6288" w:rsidRPr="004B1D4D" w14:paraId="61E99BE2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C188E9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1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AE2B36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BC84E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43FE17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□SCI □SCIE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□SSCI □A&amp;HCI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</w:rPr>
              <w:t>非</w:t>
            </w:r>
            <w:r w:rsidRPr="004B1D4D">
              <w:rPr>
                <w:rFonts w:ascii="標楷體" w:eastAsia="標楷體" w:hAnsi="標楷體"/>
                <w:sz w:val="16"/>
              </w:rPr>
              <w:t>OA ESCI</w:t>
            </w:r>
          </w:p>
        </w:tc>
        <w:tc>
          <w:tcPr>
            <w:tcW w:w="136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77A694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B3E36A9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第一作者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第一通訊且前五作者</w:t>
            </w:r>
          </w:p>
        </w:tc>
        <w:tc>
          <w:tcPr>
            <w:tcW w:w="10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C3C265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是</w:t>
            </w:r>
            <w:r w:rsidRPr="004B1D4D">
              <w:rPr>
                <w:rFonts w:ascii="標楷體" w:eastAsia="標楷體" w:hAnsi="標楷體"/>
                <w:sz w:val="16"/>
              </w:rPr>
              <w:t xml:space="preserve"> □</w:t>
            </w:r>
            <w:r w:rsidRPr="004B1D4D">
              <w:rPr>
                <w:rFonts w:ascii="標楷體" w:eastAsia="標楷體" w:hAnsi="標楷體"/>
                <w:sz w:val="16"/>
              </w:rPr>
              <w:t>否</w:t>
            </w:r>
          </w:p>
        </w:tc>
        <w:tc>
          <w:tcPr>
            <w:tcW w:w="8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055DBB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6FED96BC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0E1BD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2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4F1923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845497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AE0EE1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□SCI □SCIE</w:t>
            </w:r>
            <w:r w:rsidRPr="004B1D4D">
              <w:rPr>
                <w:rFonts w:ascii="標楷體" w:eastAsia="標楷體" w:hAnsi="標楷體"/>
                <w:sz w:val="16"/>
              </w:rPr>
              <w:br/>
              <w:t xml:space="preserve">□SSCI </w:t>
            </w:r>
            <w:r w:rsidRPr="004B1D4D">
              <w:rPr>
                <w:rFonts w:ascii="標楷體" w:eastAsia="標楷體" w:hAnsi="標楷體"/>
                <w:sz w:val="16"/>
              </w:rPr>
              <w:t>□A&amp;HCI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</w:rPr>
              <w:t>非</w:t>
            </w:r>
            <w:r w:rsidRPr="004B1D4D">
              <w:rPr>
                <w:rFonts w:ascii="標楷體" w:eastAsia="標楷體" w:hAnsi="標楷體"/>
                <w:sz w:val="16"/>
              </w:rPr>
              <w:t>OA ESCI</w:t>
            </w:r>
          </w:p>
        </w:tc>
        <w:tc>
          <w:tcPr>
            <w:tcW w:w="136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7DA879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B528E2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第一作者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第一通訊且前五作者</w:t>
            </w:r>
          </w:p>
        </w:tc>
        <w:tc>
          <w:tcPr>
            <w:tcW w:w="10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EE5AEB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是</w:t>
            </w:r>
            <w:r w:rsidRPr="004B1D4D">
              <w:rPr>
                <w:rFonts w:ascii="標楷體" w:eastAsia="標楷體" w:hAnsi="標楷體"/>
                <w:sz w:val="16"/>
              </w:rPr>
              <w:t xml:space="preserve"> □</w:t>
            </w:r>
            <w:r w:rsidRPr="004B1D4D">
              <w:rPr>
                <w:rFonts w:ascii="標楷體" w:eastAsia="標楷體" w:hAnsi="標楷體"/>
                <w:sz w:val="16"/>
              </w:rPr>
              <w:t>否</w:t>
            </w:r>
          </w:p>
        </w:tc>
        <w:tc>
          <w:tcPr>
            <w:tcW w:w="8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22A3AA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6C3CD11E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BC8C6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3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62363C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C78334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01087B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□SCI □SCIE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□SSCI □A&amp;HCI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</w:rPr>
              <w:t>非</w:t>
            </w:r>
            <w:r w:rsidRPr="004B1D4D">
              <w:rPr>
                <w:rFonts w:ascii="標楷體" w:eastAsia="標楷體" w:hAnsi="標楷體"/>
                <w:sz w:val="16"/>
              </w:rPr>
              <w:t>OA ESCI</w:t>
            </w:r>
          </w:p>
        </w:tc>
        <w:tc>
          <w:tcPr>
            <w:tcW w:w="136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AF1F10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47947C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第一作者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第一通訊且前五作者</w:t>
            </w:r>
          </w:p>
        </w:tc>
        <w:tc>
          <w:tcPr>
            <w:tcW w:w="10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18338F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是</w:t>
            </w:r>
            <w:r w:rsidRPr="004B1D4D">
              <w:rPr>
                <w:rFonts w:ascii="標楷體" w:eastAsia="標楷體" w:hAnsi="標楷體"/>
                <w:sz w:val="16"/>
              </w:rPr>
              <w:t xml:space="preserve"> □</w:t>
            </w:r>
            <w:r w:rsidRPr="004B1D4D">
              <w:rPr>
                <w:rFonts w:ascii="標楷體" w:eastAsia="標楷體" w:hAnsi="標楷體"/>
                <w:sz w:val="16"/>
              </w:rPr>
              <w:t>否</w:t>
            </w:r>
          </w:p>
        </w:tc>
        <w:tc>
          <w:tcPr>
            <w:tcW w:w="8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7EDEFA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0FA3B04C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2F63DB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4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16C16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06FF42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7B7B9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□SCI □SCIE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□SSCI □A&amp;HCI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</w:rPr>
              <w:t>非</w:t>
            </w:r>
            <w:r w:rsidRPr="004B1D4D">
              <w:rPr>
                <w:rFonts w:ascii="標楷體" w:eastAsia="標楷體" w:hAnsi="標楷體"/>
                <w:sz w:val="16"/>
              </w:rPr>
              <w:t>OA ESCI</w:t>
            </w:r>
          </w:p>
        </w:tc>
        <w:tc>
          <w:tcPr>
            <w:tcW w:w="136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40356E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4E8903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第一作者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第一通訊且前五作者</w:t>
            </w:r>
          </w:p>
        </w:tc>
        <w:tc>
          <w:tcPr>
            <w:tcW w:w="10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EB1FF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是</w:t>
            </w:r>
            <w:r w:rsidRPr="004B1D4D">
              <w:rPr>
                <w:rFonts w:ascii="標楷體" w:eastAsia="標楷體" w:hAnsi="標楷體"/>
                <w:sz w:val="16"/>
              </w:rPr>
              <w:t xml:space="preserve"> □</w:t>
            </w:r>
            <w:r w:rsidRPr="004B1D4D">
              <w:rPr>
                <w:rFonts w:ascii="標楷體" w:eastAsia="標楷體" w:hAnsi="標楷體"/>
                <w:sz w:val="16"/>
              </w:rPr>
              <w:t>否</w:t>
            </w:r>
          </w:p>
        </w:tc>
        <w:tc>
          <w:tcPr>
            <w:tcW w:w="8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3530F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29659DFD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AF1B2B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5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B20600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9D35D8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27857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□SCI □SCIE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□SSCI □A&amp;HCI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</w:rPr>
              <w:t>非</w:t>
            </w:r>
            <w:r w:rsidRPr="004B1D4D">
              <w:rPr>
                <w:rFonts w:ascii="標楷體" w:eastAsia="標楷體" w:hAnsi="標楷體"/>
                <w:sz w:val="16"/>
              </w:rPr>
              <w:t>OA ESCI</w:t>
            </w:r>
          </w:p>
        </w:tc>
        <w:tc>
          <w:tcPr>
            <w:tcW w:w="136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37486C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E22131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第一作者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第一通訊且前五作者</w:t>
            </w:r>
          </w:p>
        </w:tc>
        <w:tc>
          <w:tcPr>
            <w:tcW w:w="10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32012FF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是</w:t>
            </w:r>
            <w:r w:rsidRPr="004B1D4D">
              <w:rPr>
                <w:rFonts w:ascii="標楷體" w:eastAsia="標楷體" w:hAnsi="標楷體"/>
                <w:sz w:val="16"/>
              </w:rPr>
              <w:t xml:space="preserve"> □</w:t>
            </w:r>
            <w:r w:rsidRPr="004B1D4D">
              <w:rPr>
                <w:rFonts w:ascii="標楷體" w:eastAsia="標楷體" w:hAnsi="標楷體"/>
                <w:sz w:val="16"/>
              </w:rPr>
              <w:t>否</w:t>
            </w:r>
          </w:p>
        </w:tc>
        <w:tc>
          <w:tcPr>
            <w:tcW w:w="8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856AF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0E5706FC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6AA9FC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6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07EF6E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79225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27DD45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□SCI □SCIE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□SSCI □A&amp;HCI</w:t>
            </w:r>
            <w:r w:rsidRPr="004B1D4D">
              <w:rPr>
                <w:rFonts w:ascii="標楷體" w:eastAsia="標楷體" w:hAnsi="標楷體"/>
                <w:sz w:val="16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</w:rPr>
              <w:t>非</w:t>
            </w:r>
            <w:r w:rsidRPr="004B1D4D">
              <w:rPr>
                <w:rFonts w:ascii="標楷體" w:eastAsia="標楷體" w:hAnsi="標楷體"/>
                <w:sz w:val="16"/>
              </w:rPr>
              <w:t>OA ESCI</w:t>
            </w:r>
          </w:p>
        </w:tc>
        <w:tc>
          <w:tcPr>
            <w:tcW w:w="136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605C3C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BF3E2B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第一作者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第一通訊且前五作者</w:t>
            </w:r>
          </w:p>
        </w:tc>
        <w:tc>
          <w:tcPr>
            <w:tcW w:w="10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0C0BF5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是</w:t>
            </w:r>
            <w:r w:rsidRPr="004B1D4D">
              <w:rPr>
                <w:rFonts w:ascii="標楷體" w:eastAsia="標楷體" w:hAnsi="標楷體"/>
                <w:sz w:val="16"/>
              </w:rPr>
              <w:t xml:space="preserve"> □</w:t>
            </w:r>
            <w:r w:rsidRPr="004B1D4D">
              <w:rPr>
                <w:rFonts w:ascii="標楷體" w:eastAsia="標楷體" w:hAnsi="標楷體"/>
                <w:sz w:val="16"/>
              </w:rPr>
              <w:t>否</w:t>
            </w:r>
          </w:p>
        </w:tc>
        <w:tc>
          <w:tcPr>
            <w:tcW w:w="8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78CCD6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</w:tbl>
    <w:p w14:paraId="3BB3B1D6" w14:textId="77777777" w:rsidR="004C6288" w:rsidRPr="004B1D4D" w:rsidRDefault="004B1D4D">
      <w:pPr>
        <w:keepLines/>
        <w:spacing w:before="80" w:after="6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b/>
          <w:lang w:eastAsia="zh-TW"/>
        </w:rPr>
        <w:t>（二）近七年擔任主持人之研究計畫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438"/>
        <w:gridCol w:w="1814"/>
        <w:gridCol w:w="1304"/>
        <w:gridCol w:w="1134"/>
        <w:gridCol w:w="2324"/>
        <w:gridCol w:w="907"/>
      </w:tblGrid>
      <w:tr w:rsidR="004C6288" w:rsidRPr="004B1D4D" w14:paraId="6C661CA0" w14:textId="77777777">
        <w:trPr>
          <w:cantSplit/>
          <w:tblHeader/>
          <w:jc w:val="center"/>
        </w:trPr>
        <w:tc>
          <w:tcPr>
            <w:tcW w:w="567" w:type="dxa"/>
            <w:shd w:val="clear" w:color="auto" w:fill="E2F0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BA32BC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6"/>
              </w:rPr>
              <w:t>序號</w:t>
            </w:r>
            <w:proofErr w:type="spellEnd"/>
          </w:p>
        </w:tc>
        <w:tc>
          <w:tcPr>
            <w:tcW w:w="2438" w:type="dxa"/>
            <w:shd w:val="clear" w:color="auto" w:fill="E2F0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3947E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計畫名稱</w:t>
            </w:r>
          </w:p>
        </w:tc>
        <w:tc>
          <w:tcPr>
            <w:tcW w:w="1814" w:type="dxa"/>
            <w:shd w:val="clear" w:color="auto" w:fill="E2F0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87B764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計畫類型</w:t>
            </w:r>
          </w:p>
        </w:tc>
        <w:tc>
          <w:tcPr>
            <w:tcW w:w="1304" w:type="dxa"/>
            <w:shd w:val="clear" w:color="auto" w:fill="E2F0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934EB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執行期間</w:t>
            </w:r>
          </w:p>
        </w:tc>
        <w:tc>
          <w:tcPr>
            <w:tcW w:w="1134" w:type="dxa"/>
            <w:shd w:val="clear" w:color="auto" w:fill="E2F0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3ED49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角色</w:t>
            </w:r>
          </w:p>
        </w:tc>
        <w:tc>
          <w:tcPr>
            <w:tcW w:w="2324" w:type="dxa"/>
            <w:shd w:val="clear" w:color="auto" w:fill="E2F0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6D603F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計畫編號／核定機關</w:t>
            </w:r>
          </w:p>
        </w:tc>
        <w:tc>
          <w:tcPr>
            <w:tcW w:w="907" w:type="dxa"/>
            <w:shd w:val="clear" w:color="auto" w:fill="E2F0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1212C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證明</w:t>
            </w:r>
          </w:p>
        </w:tc>
      </w:tr>
      <w:tr w:rsidR="004C6288" w:rsidRPr="004B1D4D" w14:paraId="1031A965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650DE7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1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D3206C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8FB057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國科會專題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國科會產學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教育部教學實踐</w:t>
            </w: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46CE307" w14:textId="77777777" w:rsidR="004C6288" w:rsidRPr="004B1D4D" w:rsidRDefault="004C628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3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04E732F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proofErr w:type="spellStart"/>
            <w:r w:rsidRPr="004B1D4D">
              <w:rPr>
                <w:rFonts w:ascii="標楷體" w:eastAsia="標楷體" w:hAnsi="標楷體"/>
                <w:sz w:val="16"/>
              </w:rPr>
              <w:t>主持人</w:t>
            </w:r>
            <w:proofErr w:type="spellEnd"/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A5C4A5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759714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53C27464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3C33F9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lastRenderedPageBreak/>
              <w:t>2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A2BEB6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7B0B21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國科會專題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國科會產學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教育部教學實踐</w:t>
            </w: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66E7FA" w14:textId="77777777" w:rsidR="004C6288" w:rsidRPr="004B1D4D" w:rsidRDefault="004C628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3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DE266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proofErr w:type="spellStart"/>
            <w:r w:rsidRPr="004B1D4D">
              <w:rPr>
                <w:rFonts w:ascii="標楷體" w:eastAsia="標楷體" w:hAnsi="標楷體"/>
                <w:sz w:val="16"/>
              </w:rPr>
              <w:t>主持人</w:t>
            </w:r>
            <w:proofErr w:type="spellEnd"/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7338C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56B09D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3E5AF1F7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F7F5D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3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9E5CCA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A5AB9F9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國科會專題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國科會產學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教育部教學實踐</w:t>
            </w: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9D8AC2" w14:textId="77777777" w:rsidR="004C6288" w:rsidRPr="004B1D4D" w:rsidRDefault="004C628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3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E0ED5A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proofErr w:type="spellStart"/>
            <w:r w:rsidRPr="004B1D4D">
              <w:rPr>
                <w:rFonts w:ascii="標楷體" w:eastAsia="標楷體" w:hAnsi="標楷體"/>
                <w:sz w:val="16"/>
              </w:rPr>
              <w:t>主持人</w:t>
            </w:r>
            <w:proofErr w:type="spellEnd"/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FE4400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839794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63AD1475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016B7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4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84B329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D9FA32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國科會專題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國科會產學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教育部教學實踐</w:t>
            </w: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6022E3" w14:textId="77777777" w:rsidR="004C6288" w:rsidRPr="004B1D4D" w:rsidRDefault="004C628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3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27265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proofErr w:type="spellStart"/>
            <w:r w:rsidRPr="004B1D4D">
              <w:rPr>
                <w:rFonts w:ascii="標楷體" w:eastAsia="標楷體" w:hAnsi="標楷體"/>
                <w:sz w:val="16"/>
              </w:rPr>
              <w:t>主持人</w:t>
            </w:r>
            <w:proofErr w:type="spellEnd"/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8F5F90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60125B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  <w:tr w:rsidR="004C6288" w:rsidRPr="004B1D4D" w14:paraId="0837CAA3" w14:textId="77777777">
        <w:trPr>
          <w:cantSplit/>
          <w:jc w:val="center"/>
        </w:trPr>
        <w:tc>
          <w:tcPr>
            <w:tcW w:w="56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F6BFD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5</w:t>
            </w:r>
          </w:p>
        </w:tc>
        <w:tc>
          <w:tcPr>
            <w:tcW w:w="243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29A3A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78C2CC" w14:textId="77777777" w:rsidR="004C6288" w:rsidRPr="004B1D4D" w:rsidRDefault="004B1D4D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6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國科會專題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國科會產學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br/>
              <w:t>□</w:t>
            </w:r>
            <w:r w:rsidRPr="004B1D4D">
              <w:rPr>
                <w:rFonts w:ascii="標楷體" w:eastAsia="標楷體" w:hAnsi="標楷體"/>
                <w:sz w:val="16"/>
                <w:lang w:eastAsia="zh-TW"/>
              </w:rPr>
              <w:t>教育部教學實踐</w:t>
            </w:r>
          </w:p>
        </w:tc>
        <w:tc>
          <w:tcPr>
            <w:tcW w:w="130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D5D744" w14:textId="77777777" w:rsidR="004C6288" w:rsidRPr="004B1D4D" w:rsidRDefault="004C6288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3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FB0064B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proofErr w:type="spellStart"/>
            <w:r w:rsidRPr="004B1D4D">
              <w:rPr>
                <w:rFonts w:ascii="標楷體" w:eastAsia="標楷體" w:hAnsi="標楷體"/>
                <w:sz w:val="16"/>
              </w:rPr>
              <w:t>主持人</w:t>
            </w:r>
            <w:proofErr w:type="spellEnd"/>
          </w:p>
        </w:tc>
        <w:tc>
          <w:tcPr>
            <w:tcW w:w="2324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EE6D19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DC29A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6"/>
              </w:rPr>
              <w:t>□</w:t>
            </w:r>
            <w:r w:rsidRPr="004B1D4D">
              <w:rPr>
                <w:rFonts w:ascii="標楷體" w:eastAsia="標楷體" w:hAnsi="標楷體"/>
                <w:sz w:val="16"/>
              </w:rPr>
              <w:t>已附</w:t>
            </w:r>
          </w:p>
        </w:tc>
      </w:tr>
    </w:tbl>
    <w:p w14:paraId="5F657B32" w14:textId="77777777" w:rsidR="004C6288" w:rsidRPr="004B1D4D" w:rsidRDefault="004B1D4D">
      <w:pPr>
        <w:keepLines/>
        <w:spacing w:before="80" w:after="4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b/>
          <w:lang w:eastAsia="zh-TW"/>
        </w:rPr>
        <w:t>（三）研究發展潛力件數自我檢核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1417"/>
        <w:gridCol w:w="2381"/>
        <w:gridCol w:w="1871"/>
      </w:tblGrid>
      <w:tr w:rsidR="004C6288" w:rsidRPr="004B1D4D" w14:paraId="37ABCC3A" w14:textId="77777777">
        <w:trPr>
          <w:cantSplit/>
          <w:jc w:val="center"/>
        </w:trPr>
        <w:tc>
          <w:tcPr>
            <w:tcW w:w="4535" w:type="dxa"/>
            <w:shd w:val="clear" w:color="auto" w:fill="FFF2CC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341EE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檢核項目</w:t>
            </w:r>
            <w:proofErr w:type="spellEnd"/>
          </w:p>
        </w:tc>
        <w:tc>
          <w:tcPr>
            <w:tcW w:w="1417" w:type="dxa"/>
            <w:shd w:val="clear" w:color="auto" w:fill="FFF2CC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9279C9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本人件數</w:t>
            </w:r>
          </w:p>
        </w:tc>
        <w:tc>
          <w:tcPr>
            <w:tcW w:w="2381" w:type="dxa"/>
            <w:shd w:val="clear" w:color="auto" w:fill="FFF2CC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56BCC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公告門檻</w:t>
            </w:r>
          </w:p>
        </w:tc>
        <w:tc>
          <w:tcPr>
            <w:tcW w:w="1871" w:type="dxa"/>
            <w:shd w:val="clear" w:color="auto" w:fill="FFF2CC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95174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自我檢核</w:t>
            </w:r>
          </w:p>
        </w:tc>
      </w:tr>
      <w:tr w:rsidR="004C6288" w:rsidRPr="004B1D4D" w14:paraId="285D23F9" w14:textId="77777777">
        <w:trPr>
          <w:cantSplit/>
          <w:jc w:val="center"/>
        </w:trPr>
        <w:tc>
          <w:tcPr>
            <w:tcW w:w="45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4C68C16" w14:textId="77777777" w:rsidR="004C6288" w:rsidRPr="004B1D4D" w:rsidRDefault="004B1D4D">
            <w:pPr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8"/>
                <w:lang w:eastAsia="zh-TW"/>
              </w:rPr>
              <w:t>符合條件之期刊論文＋研究計畫合計</w:t>
            </w:r>
          </w:p>
        </w:tc>
        <w:tc>
          <w:tcPr>
            <w:tcW w:w="141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F8F89D" w14:textId="77777777" w:rsidR="004C6288" w:rsidRPr="004B1D4D" w:rsidRDefault="004C6288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38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6689F5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至少</w:t>
            </w:r>
            <w:proofErr w:type="spellEnd"/>
            <w:r w:rsidRPr="004B1D4D">
              <w:rPr>
                <w:rFonts w:ascii="標楷體" w:eastAsia="標楷體" w:hAnsi="標楷體"/>
                <w:sz w:val="18"/>
              </w:rPr>
              <w:t xml:space="preserve"> 7 </w:t>
            </w:r>
            <w:proofErr w:type="spellStart"/>
            <w:r w:rsidRPr="004B1D4D">
              <w:rPr>
                <w:rFonts w:ascii="標楷體" w:eastAsia="標楷體" w:hAnsi="標楷體"/>
                <w:sz w:val="18"/>
              </w:rPr>
              <w:t>篇（件</w:t>
            </w:r>
            <w:proofErr w:type="spellEnd"/>
            <w:r w:rsidRPr="004B1D4D">
              <w:rPr>
                <w:rFonts w:ascii="標楷體" w:eastAsia="標楷體" w:hAnsi="標楷體"/>
                <w:sz w:val="18"/>
              </w:rPr>
              <w:t>）</w:t>
            </w:r>
          </w:p>
        </w:tc>
        <w:tc>
          <w:tcPr>
            <w:tcW w:w="187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C75D9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符合</w:t>
            </w:r>
            <w:r w:rsidRPr="004B1D4D">
              <w:rPr>
                <w:rFonts w:ascii="標楷體" w:eastAsia="標楷體" w:hAnsi="標楷體"/>
                <w:sz w:val="18"/>
              </w:rPr>
              <w:t xml:space="preserve"> □</w:t>
            </w:r>
            <w:r w:rsidRPr="004B1D4D">
              <w:rPr>
                <w:rFonts w:ascii="標楷體" w:eastAsia="標楷體" w:hAnsi="標楷體"/>
                <w:sz w:val="18"/>
              </w:rPr>
              <w:t>不符合</w:t>
            </w:r>
          </w:p>
        </w:tc>
      </w:tr>
      <w:tr w:rsidR="004C6288" w:rsidRPr="004B1D4D" w14:paraId="2D67C023" w14:textId="77777777">
        <w:trPr>
          <w:cantSplit/>
          <w:jc w:val="center"/>
        </w:trPr>
        <w:tc>
          <w:tcPr>
            <w:tcW w:w="45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39C5F3" w14:textId="77777777" w:rsidR="004C6288" w:rsidRPr="004B1D4D" w:rsidRDefault="004B1D4D">
            <w:pPr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非</w:t>
            </w:r>
            <w:r w:rsidRPr="004B1D4D">
              <w:rPr>
                <w:rFonts w:ascii="標楷體" w:eastAsia="標楷體" w:hAnsi="標楷體"/>
                <w:sz w:val="18"/>
              </w:rPr>
              <w:t xml:space="preserve"> Open Access </w:t>
            </w:r>
            <w:r w:rsidRPr="004B1D4D">
              <w:rPr>
                <w:rFonts w:ascii="標楷體" w:eastAsia="標楷體" w:hAnsi="標楷體"/>
                <w:sz w:val="18"/>
              </w:rPr>
              <w:t>之</w:t>
            </w:r>
            <w:r w:rsidRPr="004B1D4D">
              <w:rPr>
                <w:rFonts w:ascii="標楷體" w:eastAsia="標楷體" w:hAnsi="標楷體"/>
                <w:sz w:val="18"/>
              </w:rPr>
              <w:t xml:space="preserve"> SCI</w:t>
            </w:r>
            <w:r w:rsidRPr="004B1D4D">
              <w:rPr>
                <w:rFonts w:ascii="標楷體" w:eastAsia="標楷體" w:hAnsi="標楷體"/>
                <w:sz w:val="18"/>
              </w:rPr>
              <w:t>／</w:t>
            </w:r>
            <w:r w:rsidRPr="004B1D4D">
              <w:rPr>
                <w:rFonts w:ascii="標楷體" w:eastAsia="標楷體" w:hAnsi="標楷體"/>
                <w:sz w:val="18"/>
              </w:rPr>
              <w:t>SCIE</w:t>
            </w:r>
            <w:r w:rsidRPr="004B1D4D">
              <w:rPr>
                <w:rFonts w:ascii="標楷體" w:eastAsia="標楷體" w:hAnsi="標楷體"/>
                <w:sz w:val="18"/>
              </w:rPr>
              <w:t>／</w:t>
            </w:r>
            <w:r w:rsidRPr="004B1D4D">
              <w:rPr>
                <w:rFonts w:ascii="標楷體" w:eastAsia="標楷體" w:hAnsi="標楷體"/>
                <w:sz w:val="18"/>
              </w:rPr>
              <w:t>SSCI</w:t>
            </w:r>
            <w:r w:rsidRPr="004B1D4D">
              <w:rPr>
                <w:rFonts w:ascii="標楷體" w:eastAsia="標楷體" w:hAnsi="標楷體"/>
                <w:sz w:val="18"/>
              </w:rPr>
              <w:t>／</w:t>
            </w:r>
            <w:r w:rsidRPr="004B1D4D">
              <w:rPr>
                <w:rFonts w:ascii="標楷體" w:eastAsia="標楷體" w:hAnsi="標楷體"/>
                <w:sz w:val="18"/>
              </w:rPr>
              <w:t xml:space="preserve">A&amp;HCI </w:t>
            </w:r>
            <w:r w:rsidRPr="004B1D4D">
              <w:rPr>
                <w:rFonts w:ascii="標楷體" w:eastAsia="標楷體" w:hAnsi="標楷體"/>
                <w:sz w:val="18"/>
              </w:rPr>
              <w:t>期刊論文</w:t>
            </w:r>
          </w:p>
        </w:tc>
        <w:tc>
          <w:tcPr>
            <w:tcW w:w="141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6BC17B" w14:textId="77777777" w:rsidR="004C6288" w:rsidRPr="004B1D4D" w:rsidRDefault="004C62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EA9373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至少</w:t>
            </w:r>
            <w:r w:rsidRPr="004B1D4D">
              <w:rPr>
                <w:rFonts w:ascii="標楷體" w:eastAsia="標楷體" w:hAnsi="標楷體"/>
                <w:sz w:val="18"/>
              </w:rPr>
              <w:t xml:space="preserve"> 2 </w:t>
            </w:r>
            <w:r w:rsidRPr="004B1D4D">
              <w:rPr>
                <w:rFonts w:ascii="標楷體" w:eastAsia="標楷體" w:hAnsi="標楷體"/>
                <w:sz w:val="18"/>
              </w:rPr>
              <w:t>篇</w:t>
            </w:r>
          </w:p>
        </w:tc>
        <w:tc>
          <w:tcPr>
            <w:tcW w:w="187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27A814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符合</w:t>
            </w:r>
            <w:r w:rsidRPr="004B1D4D">
              <w:rPr>
                <w:rFonts w:ascii="標楷體" w:eastAsia="標楷體" w:hAnsi="標楷體"/>
                <w:sz w:val="18"/>
              </w:rPr>
              <w:t xml:space="preserve"> □</w:t>
            </w:r>
            <w:r w:rsidRPr="004B1D4D">
              <w:rPr>
                <w:rFonts w:ascii="標楷體" w:eastAsia="標楷體" w:hAnsi="標楷體"/>
                <w:sz w:val="18"/>
              </w:rPr>
              <w:t>不符合</w:t>
            </w:r>
          </w:p>
        </w:tc>
      </w:tr>
      <w:tr w:rsidR="004C6288" w:rsidRPr="004B1D4D" w14:paraId="1D961757" w14:textId="77777777">
        <w:trPr>
          <w:cantSplit/>
          <w:jc w:val="center"/>
        </w:trPr>
        <w:tc>
          <w:tcPr>
            <w:tcW w:w="45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42D363" w14:textId="77777777" w:rsidR="004C6288" w:rsidRPr="004B1D4D" w:rsidRDefault="004B1D4D">
            <w:pPr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8"/>
                <w:lang w:eastAsia="zh-TW"/>
              </w:rPr>
              <w:t>前項非</w:t>
            </w:r>
            <w:r w:rsidRPr="004B1D4D">
              <w:rPr>
                <w:rFonts w:ascii="標楷體" w:eastAsia="標楷體" w:hAnsi="標楷體"/>
                <w:sz w:val="18"/>
                <w:lang w:eastAsia="zh-TW"/>
              </w:rPr>
              <w:t xml:space="preserve"> OA </w:t>
            </w:r>
            <w:r w:rsidRPr="004B1D4D">
              <w:rPr>
                <w:rFonts w:ascii="標楷體" w:eastAsia="標楷體" w:hAnsi="標楷體"/>
                <w:sz w:val="18"/>
                <w:lang w:eastAsia="zh-TW"/>
              </w:rPr>
              <w:t>期刊論文＋研究計畫合計</w:t>
            </w:r>
          </w:p>
        </w:tc>
        <w:tc>
          <w:tcPr>
            <w:tcW w:w="141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B43A2F" w14:textId="77777777" w:rsidR="004C6288" w:rsidRPr="004B1D4D" w:rsidRDefault="004C6288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38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28DFEA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至少</w:t>
            </w:r>
            <w:proofErr w:type="spellEnd"/>
            <w:r w:rsidRPr="004B1D4D">
              <w:rPr>
                <w:rFonts w:ascii="標楷體" w:eastAsia="標楷體" w:hAnsi="標楷體"/>
                <w:sz w:val="18"/>
              </w:rPr>
              <w:t xml:space="preserve"> 4 </w:t>
            </w:r>
            <w:proofErr w:type="spellStart"/>
            <w:r w:rsidRPr="004B1D4D">
              <w:rPr>
                <w:rFonts w:ascii="標楷體" w:eastAsia="標楷體" w:hAnsi="標楷體"/>
                <w:sz w:val="18"/>
              </w:rPr>
              <w:t>篇（件</w:t>
            </w:r>
            <w:proofErr w:type="spellEnd"/>
            <w:r w:rsidRPr="004B1D4D">
              <w:rPr>
                <w:rFonts w:ascii="標楷體" w:eastAsia="標楷體" w:hAnsi="標楷體"/>
                <w:sz w:val="18"/>
              </w:rPr>
              <w:t>）</w:t>
            </w:r>
          </w:p>
        </w:tc>
        <w:tc>
          <w:tcPr>
            <w:tcW w:w="187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22D6C5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符合</w:t>
            </w:r>
            <w:r w:rsidRPr="004B1D4D">
              <w:rPr>
                <w:rFonts w:ascii="標楷體" w:eastAsia="標楷體" w:hAnsi="標楷體"/>
                <w:sz w:val="18"/>
              </w:rPr>
              <w:t xml:space="preserve"> □</w:t>
            </w:r>
            <w:r w:rsidRPr="004B1D4D">
              <w:rPr>
                <w:rFonts w:ascii="標楷體" w:eastAsia="標楷體" w:hAnsi="標楷體"/>
                <w:sz w:val="18"/>
              </w:rPr>
              <w:t>不符合</w:t>
            </w:r>
          </w:p>
        </w:tc>
      </w:tr>
      <w:tr w:rsidR="004B1D4D" w:rsidRPr="004B1D4D" w14:paraId="6E2A68E3" w14:textId="77777777" w:rsidTr="00912857">
        <w:trPr>
          <w:cantSplit/>
          <w:jc w:val="center"/>
        </w:trPr>
        <w:tc>
          <w:tcPr>
            <w:tcW w:w="45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0A31EF" w14:textId="77777777" w:rsidR="004B1D4D" w:rsidRPr="004B1D4D" w:rsidRDefault="004B1D4D">
            <w:pPr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備註</w:t>
            </w:r>
            <w:proofErr w:type="spellEnd"/>
          </w:p>
        </w:tc>
        <w:tc>
          <w:tcPr>
            <w:tcW w:w="5669" w:type="dxa"/>
            <w:gridSpan w:val="3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57321E" w14:textId="77777777" w:rsidR="004B1D4D" w:rsidRPr="004B1D4D" w:rsidRDefault="004B1D4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C06B673" w14:textId="77777777" w:rsidR="004C6288" w:rsidRPr="004B1D4D" w:rsidRDefault="004B1D4D">
      <w:pPr>
        <w:keepLines/>
        <w:spacing w:before="100" w:after="40"/>
        <w:rPr>
          <w:rFonts w:ascii="標楷體" w:eastAsia="標楷體" w:hAnsi="標楷體"/>
        </w:rPr>
      </w:pPr>
      <w:r w:rsidRPr="004B1D4D">
        <w:rPr>
          <w:rFonts w:ascii="標楷體" w:eastAsia="標楷體" w:hAnsi="標楷體"/>
          <w:b/>
          <w:sz w:val="24"/>
        </w:rPr>
        <w:t>三、領域專長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1701"/>
        <w:gridCol w:w="5499"/>
      </w:tblGrid>
      <w:tr w:rsidR="004C6288" w:rsidRPr="004B1D4D" w14:paraId="0709A498" w14:textId="77777777">
        <w:trPr>
          <w:cantSplit/>
          <w:jc w:val="center"/>
        </w:trPr>
        <w:tc>
          <w:tcPr>
            <w:tcW w:w="3005" w:type="dxa"/>
            <w:shd w:val="clear" w:color="auto" w:fill="E4DFEC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92444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領域</w:t>
            </w:r>
          </w:p>
        </w:tc>
        <w:tc>
          <w:tcPr>
            <w:tcW w:w="1701" w:type="dxa"/>
            <w:shd w:val="clear" w:color="auto" w:fill="E4DFEC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51296E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符合情形</w:t>
            </w:r>
          </w:p>
        </w:tc>
        <w:tc>
          <w:tcPr>
            <w:tcW w:w="5499" w:type="dxa"/>
            <w:shd w:val="clear" w:color="auto" w:fill="E4DFEC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AF6D8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專長說明／代表成果</w:t>
            </w:r>
          </w:p>
        </w:tc>
      </w:tr>
      <w:tr w:rsidR="004C6288" w:rsidRPr="004B1D4D" w14:paraId="6B88E073" w14:textId="77777777">
        <w:trPr>
          <w:cantSplit/>
          <w:jc w:val="center"/>
        </w:trPr>
        <w:tc>
          <w:tcPr>
            <w:tcW w:w="300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FC18D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環控製程</w:t>
            </w:r>
          </w:p>
        </w:tc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50A2E1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符合</w:t>
            </w:r>
          </w:p>
        </w:tc>
        <w:tc>
          <w:tcPr>
            <w:tcW w:w="549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8557DF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  <w:tr w:rsidR="004C6288" w:rsidRPr="004B1D4D" w14:paraId="66FA3447" w14:textId="77777777">
        <w:trPr>
          <w:cantSplit/>
          <w:jc w:val="center"/>
        </w:trPr>
        <w:tc>
          <w:tcPr>
            <w:tcW w:w="300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177ED4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智慧控制</w:t>
            </w:r>
          </w:p>
        </w:tc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699051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符合</w:t>
            </w:r>
          </w:p>
        </w:tc>
        <w:tc>
          <w:tcPr>
            <w:tcW w:w="549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D22C4C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  <w:tr w:rsidR="004C6288" w:rsidRPr="004B1D4D" w14:paraId="46406E20" w14:textId="77777777">
        <w:trPr>
          <w:cantSplit/>
          <w:jc w:val="center"/>
        </w:trPr>
        <w:tc>
          <w:tcPr>
            <w:tcW w:w="300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7B46B6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節能</w:t>
            </w:r>
          </w:p>
        </w:tc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8804B6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符合</w:t>
            </w:r>
          </w:p>
        </w:tc>
        <w:tc>
          <w:tcPr>
            <w:tcW w:w="549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2994DB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  <w:tr w:rsidR="004C6288" w:rsidRPr="004B1D4D" w14:paraId="26D2FDB3" w14:textId="77777777">
        <w:trPr>
          <w:cantSplit/>
          <w:jc w:val="center"/>
        </w:trPr>
        <w:tc>
          <w:tcPr>
            <w:tcW w:w="300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CD8FED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冷凍空調技術士訓練</w:t>
            </w:r>
          </w:p>
        </w:tc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1749D1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符合</w:t>
            </w:r>
          </w:p>
        </w:tc>
        <w:tc>
          <w:tcPr>
            <w:tcW w:w="549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77C525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</w:tbl>
    <w:p w14:paraId="075B8D2E" w14:textId="77777777" w:rsidR="004C6288" w:rsidRPr="004B1D4D" w:rsidRDefault="004B1D4D">
      <w:pPr>
        <w:keepLines/>
        <w:spacing w:before="100" w:after="4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b/>
          <w:sz w:val="24"/>
          <w:lang w:eastAsia="zh-TW"/>
        </w:rPr>
        <w:t>四、其他：英語教學能力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551"/>
        <w:gridCol w:w="2835"/>
        <w:gridCol w:w="4819"/>
      </w:tblGrid>
      <w:tr w:rsidR="004C6288" w:rsidRPr="004B1D4D" w14:paraId="75446422" w14:textId="77777777">
        <w:trPr>
          <w:cantSplit/>
          <w:jc w:val="center"/>
        </w:trPr>
        <w:tc>
          <w:tcPr>
            <w:tcW w:w="2551" w:type="dxa"/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43C652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項目</w:t>
            </w:r>
            <w:proofErr w:type="spellEnd"/>
          </w:p>
        </w:tc>
        <w:tc>
          <w:tcPr>
            <w:tcW w:w="2835" w:type="dxa"/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91C22DC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填寫／勾選</w:t>
            </w:r>
          </w:p>
        </w:tc>
        <w:tc>
          <w:tcPr>
            <w:tcW w:w="4819" w:type="dxa"/>
            <w:shd w:val="clear" w:color="auto" w:fill="DDEBF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72416A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說明</w:t>
            </w:r>
          </w:p>
        </w:tc>
      </w:tr>
      <w:tr w:rsidR="004C6288" w:rsidRPr="004B1D4D" w14:paraId="38BFEE96" w14:textId="77777777">
        <w:trPr>
          <w:cantSplit/>
          <w:jc w:val="center"/>
        </w:trPr>
        <w:tc>
          <w:tcPr>
            <w:tcW w:w="255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C26A74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英語教學能力</w:t>
            </w:r>
          </w:p>
        </w:tc>
        <w:tc>
          <w:tcPr>
            <w:tcW w:w="28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7AD8F4" w14:textId="77777777" w:rsidR="004C6288" w:rsidRPr="004B1D4D" w:rsidRDefault="004B1D4D">
            <w:pPr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8"/>
                <w:lang w:eastAsia="zh-TW"/>
              </w:rPr>
              <w:t>□</w:t>
            </w:r>
            <w:r w:rsidRPr="004B1D4D">
              <w:rPr>
                <w:rFonts w:ascii="標楷體" w:eastAsia="標楷體" w:hAnsi="標楷體"/>
                <w:sz w:val="18"/>
                <w:lang w:eastAsia="zh-TW"/>
              </w:rPr>
              <w:t>具備</w:t>
            </w:r>
            <w:r w:rsidRPr="004B1D4D">
              <w:rPr>
                <w:rFonts w:ascii="標楷體" w:eastAsia="標楷體" w:hAnsi="標楷體"/>
                <w:sz w:val="18"/>
                <w:lang w:eastAsia="zh-TW"/>
              </w:rPr>
              <w:t xml:space="preserve">  □</w:t>
            </w:r>
            <w:r w:rsidRPr="004B1D4D">
              <w:rPr>
                <w:rFonts w:ascii="標楷體" w:eastAsia="標楷體" w:hAnsi="標楷體"/>
                <w:sz w:val="18"/>
                <w:lang w:eastAsia="zh-TW"/>
              </w:rPr>
              <w:t>尚無相關經驗</w:t>
            </w:r>
          </w:p>
        </w:tc>
        <w:tc>
          <w:tcPr>
            <w:tcW w:w="48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E1E94D" w14:textId="77777777" w:rsidR="004C6288" w:rsidRPr="004B1D4D" w:rsidRDefault="004C6288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4C6288" w:rsidRPr="004B1D4D" w14:paraId="2AC0BD5D" w14:textId="77777777">
        <w:trPr>
          <w:cantSplit/>
          <w:jc w:val="center"/>
        </w:trPr>
        <w:tc>
          <w:tcPr>
            <w:tcW w:w="255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30D280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全英文授課課程</w:t>
            </w:r>
            <w:proofErr w:type="spellEnd"/>
          </w:p>
        </w:tc>
        <w:tc>
          <w:tcPr>
            <w:tcW w:w="28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084275" w14:textId="77777777" w:rsidR="004C6288" w:rsidRPr="004B1D4D" w:rsidRDefault="004B1D4D">
            <w:pPr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□</w:t>
            </w:r>
            <w:r w:rsidRPr="004B1D4D">
              <w:rPr>
                <w:rFonts w:ascii="標楷體" w:eastAsia="標楷體" w:hAnsi="標楷體"/>
                <w:sz w:val="18"/>
              </w:rPr>
              <w:t>可配合開設</w:t>
            </w:r>
          </w:p>
        </w:tc>
        <w:tc>
          <w:tcPr>
            <w:tcW w:w="48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EA40B1" w14:textId="2674565B" w:rsidR="004C6288" w:rsidRPr="004B1D4D" w:rsidRDefault="004C6288">
            <w:pPr>
              <w:rPr>
                <w:rFonts w:ascii="標楷體" w:eastAsia="標楷體" w:hAnsi="標楷體" w:hint="eastAsia"/>
                <w:lang w:eastAsia="zh-TW"/>
              </w:rPr>
            </w:pPr>
          </w:p>
        </w:tc>
      </w:tr>
      <w:tr w:rsidR="004B1D4D" w:rsidRPr="004B1D4D" w14:paraId="1AD9F234" w14:textId="77777777" w:rsidTr="00ED64AB">
        <w:trPr>
          <w:cantSplit/>
          <w:jc w:val="center"/>
        </w:trPr>
        <w:tc>
          <w:tcPr>
            <w:tcW w:w="255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2D6463" w14:textId="77777777" w:rsidR="004B1D4D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相關證明或經驗</w:t>
            </w:r>
            <w:proofErr w:type="spellEnd"/>
          </w:p>
        </w:tc>
        <w:tc>
          <w:tcPr>
            <w:tcW w:w="7654" w:type="dxa"/>
            <w:gridSpan w:val="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411546" w14:textId="77777777" w:rsidR="004B1D4D" w:rsidRPr="004B1D4D" w:rsidRDefault="004B1D4D">
            <w:pPr>
              <w:rPr>
                <w:rFonts w:ascii="標楷體" w:eastAsia="標楷體" w:hAnsi="標楷體"/>
              </w:rPr>
            </w:pPr>
          </w:p>
        </w:tc>
      </w:tr>
    </w:tbl>
    <w:p w14:paraId="362D6B37" w14:textId="77777777" w:rsidR="004C6288" w:rsidRPr="004B1D4D" w:rsidRDefault="004B1D4D">
      <w:pPr>
        <w:keepLines/>
        <w:spacing w:before="100" w:after="40"/>
        <w:rPr>
          <w:rFonts w:ascii="標楷體" w:eastAsia="標楷體" w:hAnsi="標楷體"/>
        </w:rPr>
      </w:pPr>
      <w:r w:rsidRPr="004B1D4D">
        <w:rPr>
          <w:rFonts w:ascii="標楷體" w:eastAsia="標楷體" w:hAnsi="標楷體"/>
          <w:b/>
          <w:sz w:val="24"/>
        </w:rPr>
        <w:t>五、其他補充說明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0652"/>
      </w:tblGrid>
      <w:tr w:rsidR="004C6288" w:rsidRPr="004B1D4D" w14:paraId="781E9C85" w14:textId="77777777">
        <w:trPr>
          <w:cantSplit/>
          <w:jc w:val="center"/>
        </w:trPr>
        <w:tc>
          <w:tcPr>
            <w:tcW w:w="1065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76EAE9" w14:textId="77777777" w:rsidR="004C6288" w:rsidRPr="004B1D4D" w:rsidRDefault="004B1D4D">
            <w:pPr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9"/>
                <w:lang w:eastAsia="zh-TW"/>
              </w:rPr>
              <w:t>如有其他與本次應徵資格條件相關之說明，請填列於下：</w:t>
            </w:r>
          </w:p>
        </w:tc>
      </w:tr>
      <w:tr w:rsidR="004C6288" w:rsidRPr="004B1D4D" w14:paraId="27044D9D" w14:textId="77777777">
        <w:trPr>
          <w:cantSplit/>
          <w:jc w:val="center"/>
        </w:trPr>
        <w:tc>
          <w:tcPr>
            <w:tcW w:w="1065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9679D24" w14:textId="77777777" w:rsidR="004C6288" w:rsidRPr="004B1D4D" w:rsidRDefault="004B1D4D">
            <w:pPr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9"/>
                <w:lang w:eastAsia="zh-TW"/>
              </w:rPr>
              <w:br/>
            </w:r>
            <w:r w:rsidRPr="004B1D4D">
              <w:rPr>
                <w:rFonts w:ascii="標楷體" w:eastAsia="標楷體" w:hAnsi="標楷體"/>
                <w:sz w:val="19"/>
                <w:lang w:eastAsia="zh-TW"/>
              </w:rPr>
              <w:br/>
            </w:r>
          </w:p>
        </w:tc>
      </w:tr>
    </w:tbl>
    <w:p w14:paraId="6B224A36" w14:textId="77777777" w:rsidR="004C6288" w:rsidRPr="004B1D4D" w:rsidRDefault="004B1D4D">
      <w:pPr>
        <w:keepLines/>
        <w:spacing w:before="160" w:after="4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b/>
          <w:lang w:eastAsia="zh-TW"/>
        </w:rPr>
        <w:t>應徵者聲明：</w:t>
      </w:r>
      <w:r w:rsidRPr="004B1D4D">
        <w:rPr>
          <w:rFonts w:ascii="標楷體" w:eastAsia="標楷體" w:hAnsi="標楷體"/>
          <w:lang w:eastAsia="zh-TW"/>
        </w:rPr>
        <w:t>本人確認本表所填資料均屬實，並同意依徵聘公告及本校相關規定辦理資格審查。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3402"/>
        <w:gridCol w:w="1701"/>
        <w:gridCol w:w="3402"/>
      </w:tblGrid>
      <w:tr w:rsidR="004C6288" w:rsidRPr="004B1D4D" w14:paraId="24395A23" w14:textId="77777777">
        <w:trPr>
          <w:cantSplit/>
          <w:jc w:val="center"/>
        </w:trPr>
        <w:tc>
          <w:tcPr>
            <w:tcW w:w="1701" w:type="dxa"/>
            <w:shd w:val="clear" w:color="auto" w:fill="EDEDED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85F314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應徵者簽名</w:t>
            </w:r>
            <w:proofErr w:type="spellEnd"/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CB0AAD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EDEDED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656278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r w:rsidRPr="004B1D4D">
              <w:rPr>
                <w:rFonts w:ascii="標楷體" w:eastAsia="標楷體" w:hAnsi="標楷體"/>
                <w:sz w:val="18"/>
              </w:rPr>
              <w:t>填表日期</w:t>
            </w:r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7F6459" w14:textId="77777777" w:rsidR="004C6288" w:rsidRPr="004B1D4D" w:rsidRDefault="004B1D4D">
            <w:pPr>
              <w:rPr>
                <w:rFonts w:ascii="標楷體" w:eastAsia="標楷體" w:hAnsi="標楷體"/>
                <w:lang w:eastAsia="zh-TW"/>
              </w:rPr>
            </w:pPr>
            <w:r w:rsidRPr="004B1D4D">
              <w:rPr>
                <w:rFonts w:ascii="標楷體" w:eastAsia="標楷體" w:hAnsi="標楷體"/>
                <w:sz w:val="18"/>
                <w:lang w:eastAsia="zh-TW"/>
              </w:rPr>
              <w:t>民國　　　年　　　月　　　日</w:t>
            </w:r>
          </w:p>
        </w:tc>
      </w:tr>
      <w:tr w:rsidR="004C6288" w:rsidRPr="004B1D4D" w14:paraId="7D7B0339" w14:textId="77777777">
        <w:trPr>
          <w:cantSplit/>
          <w:jc w:val="center"/>
        </w:trPr>
        <w:tc>
          <w:tcPr>
            <w:tcW w:w="1701" w:type="dxa"/>
            <w:shd w:val="clear" w:color="auto" w:fill="EDEDED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43C635" w14:textId="77777777" w:rsidR="004C6288" w:rsidRPr="004B1D4D" w:rsidRDefault="004B1D4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4B1D4D">
              <w:rPr>
                <w:rFonts w:ascii="標楷體" w:eastAsia="標楷體" w:hAnsi="標楷體"/>
                <w:sz w:val="18"/>
              </w:rPr>
              <w:t>系所初審註記</w:t>
            </w:r>
            <w:proofErr w:type="spellEnd"/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17C2C3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976EB5" w14:textId="77777777" w:rsidR="004C6288" w:rsidRPr="004B1D4D" w:rsidRDefault="004C62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7EF49E" w14:textId="77777777" w:rsidR="004C6288" w:rsidRPr="004B1D4D" w:rsidRDefault="004C6288">
            <w:pPr>
              <w:rPr>
                <w:rFonts w:ascii="標楷體" w:eastAsia="標楷體" w:hAnsi="標楷體"/>
              </w:rPr>
            </w:pPr>
          </w:p>
        </w:tc>
      </w:tr>
    </w:tbl>
    <w:p w14:paraId="733799E4" w14:textId="2B18E216" w:rsidR="004C6288" w:rsidRPr="004B1D4D" w:rsidRDefault="004B1D4D">
      <w:pPr>
        <w:keepLines/>
        <w:spacing w:before="100" w:after="0"/>
        <w:rPr>
          <w:rFonts w:ascii="標楷體" w:eastAsia="標楷體" w:hAnsi="標楷體"/>
          <w:lang w:eastAsia="zh-TW"/>
        </w:rPr>
      </w:pPr>
      <w:r w:rsidRPr="004B1D4D">
        <w:rPr>
          <w:rFonts w:ascii="標楷體" w:eastAsia="標楷體" w:hAnsi="標楷體"/>
          <w:sz w:val="17"/>
          <w:lang w:eastAsia="zh-TW"/>
        </w:rPr>
        <w:t xml:space="preserve">※ </w:t>
      </w:r>
      <w:r w:rsidRPr="004B1D4D">
        <w:rPr>
          <w:rFonts w:ascii="標楷體" w:eastAsia="標楷體" w:hAnsi="標楷體"/>
          <w:sz w:val="17"/>
          <w:lang w:eastAsia="zh-TW"/>
        </w:rPr>
        <w:t>本表係依「國立勤益科技大學誠徵專任教師公告</w:t>
      </w:r>
      <w:proofErr w:type="gramStart"/>
      <w:r w:rsidRPr="004B1D4D">
        <w:rPr>
          <w:rFonts w:ascii="標楷體" w:eastAsia="標楷體" w:hAnsi="標楷體"/>
          <w:sz w:val="17"/>
          <w:lang w:eastAsia="zh-TW"/>
        </w:rPr>
        <w:t>—</w:t>
      </w:r>
      <w:proofErr w:type="gramEnd"/>
      <w:r w:rsidRPr="004B1D4D">
        <w:rPr>
          <w:rFonts w:ascii="標楷體" w:eastAsia="標楷體" w:hAnsi="標楷體"/>
          <w:sz w:val="17"/>
          <w:lang w:eastAsia="zh-TW"/>
        </w:rPr>
        <w:t>冷凍空調與能源系」之所需資格條件整理，實際資格認定仍以正式公告及本校相關規定為</w:t>
      </w:r>
      <w:proofErr w:type="gramStart"/>
      <w:r w:rsidRPr="004B1D4D">
        <w:rPr>
          <w:rFonts w:ascii="標楷體" w:eastAsia="標楷體" w:hAnsi="標楷體"/>
          <w:sz w:val="17"/>
          <w:lang w:eastAsia="zh-TW"/>
        </w:rPr>
        <w:t>準</w:t>
      </w:r>
      <w:proofErr w:type="gramEnd"/>
      <w:r w:rsidRPr="004B1D4D">
        <w:rPr>
          <w:rFonts w:ascii="標楷體" w:eastAsia="標楷體" w:hAnsi="標楷體"/>
          <w:sz w:val="17"/>
          <w:lang w:eastAsia="zh-TW"/>
        </w:rPr>
        <w:t>。</w:t>
      </w:r>
    </w:p>
    <w:sectPr w:rsidR="004C6288" w:rsidRPr="004B1D4D" w:rsidSect="00034616">
      <w:footerReference w:type="default" r:id="rId8"/>
      <w:pgSz w:w="12240" w:h="15840"/>
      <w:pgMar w:top="794" w:right="794" w:bottom="794" w:left="794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0AED7" w14:textId="77777777" w:rsidR="004B1D4D" w:rsidRDefault="004B1D4D">
      <w:pPr>
        <w:spacing w:after="0" w:line="240" w:lineRule="auto"/>
      </w:pPr>
      <w:r>
        <w:separator/>
      </w:r>
    </w:p>
  </w:endnote>
  <w:endnote w:type="continuationSeparator" w:id="0">
    <w:p w14:paraId="21E5E3E6" w14:textId="77777777" w:rsidR="004B1D4D" w:rsidRDefault="004B1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6454" w14:textId="77777777" w:rsidR="004C6288" w:rsidRDefault="004B1D4D">
    <w:pPr>
      <w:pStyle w:val="a7"/>
      <w:jc w:val="center"/>
      <w:rPr>
        <w:lang w:eastAsia="zh-TW"/>
      </w:rPr>
    </w:pPr>
    <w:r>
      <w:rPr>
        <w:sz w:val="16"/>
        <w:lang w:eastAsia="zh-TW"/>
      </w:rPr>
      <w:t>國立勤益科技大學</w:t>
    </w:r>
    <w:r>
      <w:rPr>
        <w:sz w:val="16"/>
        <w:lang w:eastAsia="zh-TW"/>
      </w:rPr>
      <w:t xml:space="preserve"> </w:t>
    </w:r>
    <w:r>
      <w:rPr>
        <w:sz w:val="16"/>
        <w:lang w:eastAsia="zh-TW"/>
      </w:rPr>
      <w:t>冷凍空調與能源系｜專任教師應徵資格條件填寫表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46F97" w14:textId="77777777" w:rsidR="004B1D4D" w:rsidRDefault="004B1D4D">
      <w:pPr>
        <w:spacing w:after="0" w:line="240" w:lineRule="auto"/>
      </w:pPr>
      <w:r>
        <w:separator/>
      </w:r>
    </w:p>
  </w:footnote>
  <w:footnote w:type="continuationSeparator" w:id="0">
    <w:p w14:paraId="4590A254" w14:textId="77777777" w:rsidR="004B1D4D" w:rsidRDefault="004B1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94941856">
    <w:abstractNumId w:val="8"/>
  </w:num>
  <w:num w:numId="2" w16cid:durableId="736516123">
    <w:abstractNumId w:val="6"/>
  </w:num>
  <w:num w:numId="3" w16cid:durableId="1162697700">
    <w:abstractNumId w:val="5"/>
  </w:num>
  <w:num w:numId="4" w16cid:durableId="54477801">
    <w:abstractNumId w:val="4"/>
  </w:num>
  <w:num w:numId="5" w16cid:durableId="955526854">
    <w:abstractNumId w:val="7"/>
  </w:num>
  <w:num w:numId="6" w16cid:durableId="1015888237">
    <w:abstractNumId w:val="3"/>
  </w:num>
  <w:num w:numId="7" w16cid:durableId="721058113">
    <w:abstractNumId w:val="2"/>
  </w:num>
  <w:num w:numId="8" w16cid:durableId="977035750">
    <w:abstractNumId w:val="1"/>
  </w:num>
  <w:num w:numId="9" w16cid:durableId="701974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B1D4D"/>
    <w:rsid w:val="004C6288"/>
    <w:rsid w:val="00AA1D8D"/>
    <w:rsid w:val="00B47730"/>
    <w:rsid w:val="00CB0664"/>
    <w:rsid w:val="00CE368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0AE46B"/>
  <w14:defaultImageDpi w14:val="300"/>
  <w15:docId w15:val="{0079BE85-34CF-4C6C-9FC8-3F15C7AA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冷凍空調與能源系 專任教師應徵資格條件填寫表</dc:title>
  <dc:subject>依專任教師徵聘公告所需資格條件整理之應徵者填寫表</dc:subject>
  <dc:creator>國立勤益科技大學冷凍空調與能源系</dc:creator>
  <cp:keywords/>
  <dc:description>generated by python-docx</dc:description>
  <cp:lastModifiedBy>Alley Tseng</cp:lastModifiedBy>
  <cp:revision>2</cp:revision>
  <dcterms:created xsi:type="dcterms:W3CDTF">2013-12-23T23:15:00Z</dcterms:created>
  <dcterms:modified xsi:type="dcterms:W3CDTF">2026-09-24T06:36:00Z</dcterms:modified>
  <cp:category/>
</cp:coreProperties>
</file>